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ayout w:type="fixed"/>
        <w:tblLook w:firstColumn="1" w:firstRow="1" w:lastColumn="0" w:lastRow="0" w:noHBand="0" w:noVBand="1" w:val="04A0"/>
      </w:tblPr>
      <w:tblGrid>
        <w:gridCol w:w="5904"/>
        <w:gridCol w:w="4032"/>
      </w:tblGrid>
      <w:tr>
        <w:tc>
          <w:tcPr>
            <w:tcW w:type="dxa" w:w="4968"/>
            <w:vAlign w:val="center"/>
            <w:tcBorders>
              <w:left w:val="single" w:sz="0" w:space="0" w:color="FFFFFF"/>
              <w:top w:val="single" w:sz="0" w:space="0" w:color="FFFFFF"/>
              <w:right w:val="single" w:sz="0" w:space="0" w:color="FFFFFF"/>
              <w:bottom w:val="single" w:sz="0" w:space="0" w:color="FFFFFF"/>
            </w:tcBorders>
            <w:shd w:val="clear" w:color="auto" w:fill="173F3A"/>
          </w:tcPr>
          <w:p>
            <w:pPr>
              <w:jc w:val="left"/>
            </w:pPr>
            <w:r>
              <w:rPr>
                <w:rFonts w:ascii="Aptos" w:hAnsi="Aptos" w:eastAsia="Aptos"/>
                <w:b/>
                <w:color w:val="FFFFFF"/>
                <w:sz w:val="22"/>
              </w:rPr>
              <w:t>FORMULAIRE</w:t>
            </w:r>
          </w:p>
        </w:tc>
        <w:tc>
          <w:tcPr>
            <w:tcW w:type="dxa" w:w="4968"/>
            <w:vAlign w:val="center"/>
            <w:tcBorders>
              <w:left w:val="single" w:sz="0" w:space="0" w:color="FFFFFF"/>
              <w:top w:val="single" w:sz="0" w:space="0" w:color="FFFFFF"/>
              <w:right w:val="single" w:sz="0" w:space="0" w:color="FFFFFF"/>
              <w:bottom w:val="single" w:sz="0" w:space="0" w:color="FFFFFF"/>
            </w:tcBorders>
            <w:shd w:val="clear" w:color="auto" w:fill="D9C7A7"/>
          </w:tcPr>
          <w:p>
            <w:pPr>
              <w:jc w:val="center"/>
            </w:pPr>
            <w:r>
              <w:rPr>
                <w:rFonts w:ascii="Aptos" w:hAnsi="Aptos" w:eastAsia="Aptos"/>
                <w:b/>
                <w:color w:val="173F3A"/>
                <w:sz w:val="20"/>
              </w:rPr>
              <w:t>Version soutenue</w:t>
            </w:r>
          </w:p>
        </w:tc>
      </w:tr>
    </w:tbl>
    <w:p/>
    <w:p>
      <w:pPr>
        <w:jc w:val="center"/>
      </w:pPr>
      <w:r>
        <w:rPr>
          <w:rFonts w:ascii="Aptos Display" w:hAnsi="Aptos Display" w:eastAsia="Aptos Display"/>
          <w:b/>
          <w:color w:val="173F3A"/>
          <w:sz w:val="46"/>
        </w:rPr>
        <w:t>Demande d’immersion professionnelle</w:t>
      </w:r>
    </w:p>
    <w:p>
      <w:pPr>
        <w:spacing w:after="200"/>
        <w:jc w:val="center"/>
      </w:pPr>
      <w:r>
        <w:rPr>
          <w:rFonts w:ascii="Aptos" w:hAnsi="Aptos" w:eastAsia="Aptos"/>
          <w:b w:val="0"/>
          <w:color w:val="7B6A58"/>
          <w:sz w:val="21"/>
        </w:rPr>
        <w:t>Trame de présentation formelle à personnaliser avant envoi à la structure d’accueil</w:t>
      </w:r>
    </w:p>
    <w:tbl>
      <w:tblPr>
        <w:tblW w:type="auto" w:w="0"/>
        <w:jc w:val="center"/>
        <w:tblLayout w:type="fixed"/>
        <w:tblLook w:firstColumn="1" w:firstRow="1" w:lastColumn="0" w:lastRow="0" w:noHBand="0" w:noVBand="1" w:val="04A0"/>
      </w:tblPr>
      <w:tblGrid>
        <w:gridCol w:w="9936"/>
      </w:tblGrid>
      <w:tr>
        <w:tc>
          <w:tcPr>
            <w:tcW w:type="dxa" w:w="9936"/>
            <w:shd w:val="clear" w:color="auto" w:fill="F7F1E8"/>
            <w:tcBorders>
              <w:left w:val="single" w:sz="8" w:space="0" w:color="D9C7A7"/>
              <w:top w:val="single" w:sz="8" w:space="0" w:color="D9C7A7"/>
              <w:right w:val="single" w:sz="8" w:space="0" w:color="D9C7A7"/>
              <w:bottom w:val="single" w:sz="8" w:space="0" w:color="D9C7A7"/>
            </w:tcBorders>
          </w:tcPr>
          <w:p>
            <w:r>
              <w:rPr>
                <w:rFonts w:ascii="Aptos" w:hAnsi="Aptos" w:eastAsia="Aptos"/>
                <w:b w:val="0"/>
                <w:color w:val="3A3A3A"/>
                <w:sz w:val="20"/>
              </w:rPr>
              <w:t>Ce modèle peut servir de base à une demande adressée à une entreprise, une administration, un atelier, une association ou un établissement public. Il aide à présenter une démarche sérieuse, structurée et lisible, avec un niveau de langue plus soutenu.</w:t>
            </w:r>
          </w:p>
        </w:tc>
      </w:tr>
    </w:tbl>
    <w:p/>
    <w:tbl>
      <w:tblPr>
        <w:tblW w:type="auto" w:w="0"/>
        <w:jc w:val="center"/>
        <w:tblLayout w:type="fixed"/>
        <w:tblLook w:firstColumn="1" w:firstRow="1" w:lastColumn="0" w:lastRow="0" w:noHBand="0" w:noVBand="1" w:val="04A0"/>
      </w:tblPr>
      <w:tblGrid>
        <w:gridCol w:w="3672"/>
        <w:gridCol w:w="6264"/>
      </w:tblGrid>
      <w:tr>
        <w:tc>
          <w:tcPr>
            <w:tcW w:type="dxa" w:w="4968"/>
            <w:vAlign w:val="top"/>
            <w:tcBorders>
              <w:left w:val="single" w:sz="6" w:space="0" w:color="CDB69A"/>
              <w:top w:val="single" w:sz="6" w:space="0" w:color="CDB69A"/>
              <w:right w:val="single" w:sz="6" w:space="0" w:color="CDB69A"/>
              <w:bottom w:val="single" w:sz="6" w:space="0" w:color="CDB69A"/>
            </w:tcBorders>
            <w:shd w:val="clear" w:color="auto" w:fill="EFE6D8"/>
          </w:tcPr>
          <w:p>
            <w:r>
              <w:rPr>
                <w:rFonts w:ascii="Aptos" w:hAnsi="Aptos" w:eastAsia="Aptos"/>
                <w:b/>
                <w:color w:val="173F3A"/>
                <w:sz w:val="21"/>
              </w:rPr>
              <w:t>CANDIDAT</w:t>
            </w:r>
          </w:p>
          <w:p>
            <w:r>
              <w:rPr>
                <w:rFonts w:ascii="Aptos" w:hAnsi="Aptos" w:eastAsia="Aptos"/>
                <w:b w:val="0"/>
                <w:color w:val="2F2F2F"/>
                <w:sz w:val="19"/>
              </w:rPr>
              <w:t>Nom et prénom : __________________________</w:t>
            </w:r>
          </w:p>
          <w:p>
            <w:r>
              <w:rPr>
                <w:rFonts w:ascii="Aptos" w:hAnsi="Aptos" w:eastAsia="Aptos"/>
                <w:b w:val="0"/>
                <w:color w:val="2F2F2F"/>
                <w:sz w:val="19"/>
              </w:rPr>
              <w:t>Adresse : ________________________________</w:t>
            </w:r>
          </w:p>
          <w:p>
            <w:r>
              <w:rPr>
                <w:rFonts w:ascii="Aptos" w:hAnsi="Aptos" w:eastAsia="Aptos"/>
                <w:b w:val="0"/>
                <w:color w:val="2F2F2F"/>
                <w:sz w:val="19"/>
              </w:rPr>
              <w:t>Téléphone : ______________________________</w:t>
            </w:r>
          </w:p>
          <w:p>
            <w:r>
              <w:rPr>
                <w:rFonts w:ascii="Aptos" w:hAnsi="Aptos" w:eastAsia="Aptos"/>
                <w:b w:val="0"/>
                <w:color w:val="2F2F2F"/>
                <w:sz w:val="19"/>
              </w:rPr>
              <w:t>Courriel : _______________________________</w:t>
            </w:r>
          </w:p>
          <w:p>
            <w:r>
              <w:rPr>
                <w:rFonts w:ascii="Aptos" w:hAnsi="Aptos" w:eastAsia="Aptos"/>
                <w:b w:val="0"/>
                <w:color w:val="2F2F2F"/>
                <w:sz w:val="19"/>
              </w:rPr>
              <w:t>Formation / situation actuelle : ___________</w:t>
            </w:r>
          </w:p>
          <w:p>
            <w:r>
              <w:rPr>
                <w:rFonts w:ascii="Aptos" w:hAnsi="Aptos" w:eastAsia="Aptos"/>
                <w:b w:val="0"/>
                <w:color w:val="2F2F2F"/>
                <w:sz w:val="19"/>
              </w:rPr>
              <w:t>Établissement d’origine : _________________</w:t>
            </w:r>
          </w:p>
        </w:tc>
        <w:tc>
          <w:tcPr>
            <w:tcW w:type="dxa" w:w="4968"/>
            <w:vAlign w:val="top"/>
            <w:tcBorders>
              <w:left w:val="single" w:sz="6" w:space="0" w:color="CDB69A"/>
              <w:top w:val="single" w:sz="6" w:space="0" w:color="CDB69A"/>
              <w:right w:val="single" w:sz="6" w:space="0" w:color="CDB69A"/>
              <w:bottom w:val="single" w:sz="6" w:space="0" w:color="CDB69A"/>
            </w:tcBorders>
            <w:shd w:val="clear" w:color="auto" w:fill="FFFFFF"/>
          </w:tcPr>
          <w:p>
            <w:r>
              <w:rPr>
                <w:rFonts w:ascii="Aptos" w:hAnsi="Aptos" w:eastAsia="Aptos"/>
                <w:b/>
                <w:color w:val="173F3A"/>
                <w:sz w:val="21"/>
              </w:rPr>
              <w:t>STRUCTURE D’ACCUEIL</w:t>
            </w:r>
          </w:p>
          <w:p>
            <w:r>
              <w:rPr>
                <w:rFonts w:ascii="Aptos" w:hAnsi="Aptos" w:eastAsia="Aptos"/>
                <w:b w:val="0"/>
                <w:color w:val="2F2F2F"/>
                <w:sz w:val="19"/>
              </w:rPr>
              <w:t>Nom de l’entreprise ou de l’organisme : ____________________________________</w:t>
            </w:r>
          </w:p>
          <w:p>
            <w:r>
              <w:rPr>
                <w:rFonts w:ascii="Aptos" w:hAnsi="Aptos" w:eastAsia="Aptos"/>
                <w:b w:val="0"/>
                <w:color w:val="2F2F2F"/>
                <w:sz w:val="19"/>
              </w:rPr>
              <w:t>Service ou département visé : _____________________________________________</w:t>
            </w:r>
          </w:p>
          <w:p>
            <w:r>
              <w:rPr>
                <w:rFonts w:ascii="Aptos" w:hAnsi="Aptos" w:eastAsia="Aptos"/>
                <w:b w:val="0"/>
                <w:color w:val="2F2F2F"/>
                <w:sz w:val="19"/>
              </w:rPr>
              <w:t>Nom du contact, si connu : ________________________________________________</w:t>
            </w:r>
          </w:p>
          <w:p>
            <w:r>
              <w:rPr>
                <w:rFonts w:ascii="Aptos" w:hAnsi="Aptos" w:eastAsia="Aptos"/>
                <w:b w:val="0"/>
                <w:color w:val="2F2F2F"/>
                <w:sz w:val="19"/>
              </w:rPr>
              <w:t>Adresse : _________________________________________________________________</w:t>
            </w:r>
          </w:p>
          <w:p>
            <w:r>
              <w:rPr>
                <w:rFonts w:ascii="Aptos" w:hAnsi="Aptos" w:eastAsia="Aptos"/>
                <w:b w:val="0"/>
                <w:color w:val="2F2F2F"/>
                <w:sz w:val="19"/>
              </w:rPr>
              <w:t>Période souhaitée : du __________________ au __________________</w:t>
            </w:r>
          </w:p>
          <w:p>
            <w:r>
              <w:rPr>
                <w:rFonts w:ascii="Aptos" w:hAnsi="Aptos" w:eastAsia="Aptos"/>
                <w:b w:val="0"/>
                <w:color w:val="2F2F2F"/>
                <w:sz w:val="19"/>
              </w:rPr>
              <w:t>Durée envisagée : ________________________________________________________</w:t>
            </w:r>
          </w:p>
        </w:tc>
      </w:tr>
    </w:tbl>
    <w:p/>
    <w:tbl>
      <w:tblPr>
        <w:tblW w:type="auto" w:w="0"/>
        <w:jc w:val="center"/>
        <w:tblLayout w:type="fixed"/>
        <w:tblLook w:firstColumn="1" w:firstRow="1" w:lastColumn="0" w:lastRow="0" w:noHBand="0" w:noVBand="1" w:val="04A0"/>
      </w:tblPr>
      <w:tblGrid>
        <w:gridCol w:w="10008"/>
      </w:tblGrid>
      <w:tr>
        <w:tc>
          <w:tcPr>
            <w:tcW w:type="dxa" w:w="9936"/>
            <w:tcBorders>
              <w:left w:val="single" w:sz="6" w:space="0" w:color="CDB69A"/>
              <w:top w:val="single" w:sz="6" w:space="0" w:color="CDB69A"/>
              <w:right w:val="single" w:sz="6" w:space="0" w:color="CDB69A"/>
              <w:bottom w:val="single" w:sz="6" w:space="0" w:color="CDB69A"/>
            </w:tcBorders>
          </w:tcPr>
          <w:p>
            <w:pPr>
              <w:spacing w:after="80"/>
            </w:pPr>
            <w:r>
              <w:rPr>
                <w:rFonts w:ascii="Aptos" w:hAnsi="Aptos" w:eastAsia="Aptos"/>
                <w:b/>
                <w:color w:val="173F3A"/>
                <w:sz w:val="21"/>
              </w:rPr>
              <w:t>CADRE DE LA DEMANDE</w:t>
            </w:r>
          </w:p>
          <w:p>
            <w:r>
              <w:rPr>
                <w:rFonts w:ascii="Aptos" w:hAnsi="Aptos" w:eastAsia="Aptos"/>
                <w:b w:val="0"/>
                <w:color w:val="2F2F2F"/>
                <w:sz w:val="20"/>
              </w:rPr>
              <w:t>Je soussigné(e), [Nom et prénom], sollicite respectueusement la possibilité d’effectuer une immersion professionnelle au sein de votre structure, dans le but de découvrir plus concrètement votre environnement de travail et d’affiner mon projet d’orientation ou d’insertion.</w:t>
            </w:r>
          </w:p>
          <w:p>
            <w:r>
              <w:rPr>
                <w:rFonts w:ascii="Aptos" w:hAnsi="Aptos" w:eastAsia="Aptos"/>
                <w:b w:val="0"/>
                <w:color w:val="2F2F2F"/>
                <w:sz w:val="20"/>
              </w:rPr>
              <w:t>Cette démarche s’inscrit dans le cadre suivant : stage d’observation / PMSMP / projet pédagogique / réorientation / découverte métier / autre : ________________________________________________</w:t>
            </w:r>
          </w:p>
        </w:tc>
      </w:tr>
    </w:tbl>
    <w:p/>
    <w:tbl>
      <w:tblPr>
        <w:tblW w:type="auto" w:w="0"/>
        <w:jc w:val="center"/>
        <w:tblLayout w:type="fixed"/>
        <w:tblLook w:firstColumn="1" w:firstRow="1" w:lastColumn="0" w:lastRow="0" w:noHBand="0" w:noVBand="1" w:val="04A0"/>
      </w:tblPr>
      <w:tblGrid>
        <w:gridCol w:w="10008"/>
      </w:tblGrid>
      <w:tr>
        <w:tc>
          <w:tcPr>
            <w:tcW w:type="dxa" w:w="9936"/>
            <w:tcBorders>
              <w:left w:val="single" w:sz="6" w:space="0" w:color="CDB69A"/>
              <w:top w:val="single" w:sz="6" w:space="0" w:color="CDB69A"/>
              <w:right w:val="single" w:sz="6" w:space="0" w:color="CDB69A"/>
              <w:bottom w:val="single" w:sz="6" w:space="0" w:color="CDB69A"/>
            </w:tcBorders>
          </w:tcPr>
          <w:p>
            <w:pPr>
              <w:spacing w:after="80"/>
            </w:pPr>
            <w:r>
              <w:rPr>
                <w:rFonts w:ascii="Aptos" w:hAnsi="Aptos" w:eastAsia="Aptos"/>
                <w:b/>
                <w:color w:val="173F3A"/>
                <w:sz w:val="21"/>
              </w:rPr>
              <w:t>MOTIVATION ET INTÉRÊT PORTÉ À LA STRUCTURE</w:t>
            </w:r>
          </w:p>
          <w:p>
            <w:r>
              <w:rPr>
                <w:rFonts w:ascii="Aptos" w:hAnsi="Aptos" w:eastAsia="Aptos"/>
                <w:b w:val="0"/>
                <w:color w:val="2F2F2F"/>
                <w:sz w:val="20"/>
              </w:rPr>
              <w:t>Cette demande procède d’un intérêt réel pour le secteur concerné. Votre structure retient particulièrement mon attention en raison de son activité, de la qualité de son organisation, de son savoir-faire ou de la mission qu’elle remplit.</w:t>
            </w:r>
          </w:p>
          <w:p>
            <w:r>
              <w:rPr>
                <w:rFonts w:ascii="Aptos" w:hAnsi="Aptos" w:eastAsia="Aptos"/>
                <w:b w:val="0"/>
                <w:color w:val="2F2F2F"/>
                <w:sz w:val="20"/>
              </w:rPr>
              <w:t>Je souhaite mieux comprendre les missions confiées aux professionnels, les compétences requises, les exigences du poste, ainsi que les réalités concrètes du fonctionnement quotidien.</w:t>
            </w:r>
          </w:p>
        </w:tc>
      </w:tr>
    </w:tbl>
    <w:p/>
    <w:tbl>
      <w:tblPr>
        <w:tblW w:type="auto" w:w="0"/>
        <w:jc w:val="center"/>
        <w:tblLayout w:type="fixed"/>
        <w:tblLook w:firstColumn="1" w:firstRow="1" w:lastColumn="0" w:lastRow="0" w:noHBand="0" w:noVBand="1" w:val="04A0"/>
      </w:tblPr>
      <w:tblGrid>
        <w:gridCol w:w="10008"/>
      </w:tblGrid>
      <w:tr>
        <w:tc>
          <w:tcPr>
            <w:tcW w:type="dxa" w:w="9936"/>
            <w:tcBorders>
              <w:left w:val="single" w:sz="6" w:space="0" w:color="CDB69A"/>
              <w:top w:val="single" w:sz="6" w:space="0" w:color="CDB69A"/>
              <w:right w:val="single" w:sz="6" w:space="0" w:color="CDB69A"/>
              <w:bottom w:val="single" w:sz="6" w:space="0" w:color="CDB69A"/>
            </w:tcBorders>
          </w:tcPr>
          <w:p>
            <w:pPr>
              <w:spacing w:after="80"/>
            </w:pPr>
            <w:r>
              <w:rPr>
                <w:rFonts w:ascii="Aptos" w:hAnsi="Aptos" w:eastAsia="Aptos"/>
                <w:b/>
                <w:color w:val="173F3A"/>
                <w:sz w:val="21"/>
              </w:rPr>
              <w:t>APTITUDES, SAVOIR-ÊTRE ET ENGAGEMENT</w:t>
            </w:r>
          </w:p>
          <w:p>
            <w:r>
              <w:rPr>
                <w:rFonts w:ascii="Aptos" w:hAnsi="Aptos" w:eastAsia="Aptos"/>
                <w:b w:val="0"/>
                <w:color w:val="2F2F2F"/>
                <w:sz w:val="20"/>
              </w:rPr>
              <w:t>Au cours de mon parcours, j’ai développé plusieurs qualités utiles à une immersion professionnelle : sérieux, ponctualité, sens de l’écoute, discrétion, capacité d’adaptation et volonté d’apprendre.</w:t>
            </w:r>
          </w:p>
          <w:p>
            <w:r>
              <w:rPr>
                <w:rFonts w:ascii="Aptos" w:hAnsi="Aptos" w:eastAsia="Aptos"/>
                <w:b w:val="0"/>
                <w:color w:val="2F2F2F"/>
                <w:sz w:val="20"/>
              </w:rPr>
              <w:t>Je m’engage à respecter les consignes qui me seront communiquées, les règles de sécurité, les obligations de réserve et le cadre général fixé par la structure d’accueil.</w:t>
            </w:r>
          </w:p>
        </w:tc>
      </w:tr>
    </w:tbl>
    <w:p/>
    <w:tbl>
      <w:tblPr>
        <w:tblW w:type="auto" w:w="0"/>
        <w:jc w:val="center"/>
        <w:tblLayout w:type="fixed"/>
        <w:tblLook w:firstColumn="1" w:firstRow="1" w:lastColumn="0" w:lastRow="0" w:noHBand="0" w:noVBand="1" w:val="04A0"/>
      </w:tblPr>
      <w:tblGrid>
        <w:gridCol w:w="4752"/>
        <w:gridCol w:w="5184"/>
      </w:tblGrid>
      <w:tr>
        <w:tc>
          <w:tcPr>
            <w:tcW w:type="dxa" w:w="4968"/>
            <w:shd w:val="clear" w:color="auto" w:fill="173F3A"/>
            <w:tcBorders>
              <w:left w:val="single" w:sz="6" w:space="0" w:color="173F3A"/>
              <w:top w:val="single" w:sz="6" w:space="0" w:color="173F3A"/>
              <w:right w:val="single" w:sz="6" w:space="0" w:color="173F3A"/>
              <w:bottom w:val="single" w:sz="6" w:space="0" w:color="173F3A"/>
            </w:tcBorders>
          </w:tcPr>
          <w:p>
            <w:pPr>
              <w:jc w:val="center"/>
            </w:pPr>
            <w:r>
              <w:rPr>
                <w:rFonts w:ascii="Aptos" w:hAnsi="Aptos" w:eastAsia="Aptos"/>
                <w:b/>
                <w:color w:val="FFFFFF"/>
                <w:sz w:val="20"/>
              </w:rPr>
              <w:t>FORMULE D’ADRESSE</w:t>
            </w:r>
          </w:p>
        </w:tc>
        <w:tc>
          <w:tcPr>
            <w:tcW w:type="dxa" w:w="4968"/>
            <w:shd w:val="clear" w:color="auto" w:fill="173F3A"/>
            <w:tcBorders>
              <w:left w:val="single" w:sz="6" w:space="0" w:color="173F3A"/>
              <w:top w:val="single" w:sz="6" w:space="0" w:color="173F3A"/>
              <w:right w:val="single" w:sz="6" w:space="0" w:color="173F3A"/>
              <w:bottom w:val="single" w:sz="6" w:space="0" w:color="173F3A"/>
            </w:tcBorders>
          </w:tcPr>
          <w:p>
            <w:pPr>
              <w:jc w:val="center"/>
            </w:pPr>
            <w:r>
              <w:rPr>
                <w:rFonts w:ascii="Aptos" w:hAnsi="Aptos" w:eastAsia="Aptos"/>
                <w:b/>
                <w:color w:val="FFFFFF"/>
                <w:sz w:val="20"/>
              </w:rPr>
              <w:t>VALIDATION</w:t>
            </w:r>
          </w:p>
        </w:tc>
      </w:tr>
      <w:tr>
        <w:tc>
          <w:tcPr>
            <w:tcW w:type="dxa" w:w="4968"/>
            <w:shd w:val="clear" w:color="auto" w:fill="F9F5EE"/>
            <w:tcBorders>
              <w:left w:val="single" w:sz="6" w:space="0" w:color="CDB69A"/>
              <w:top w:val="single" w:sz="6" w:space="0" w:color="CDB69A"/>
              <w:right w:val="single" w:sz="6" w:space="0" w:color="CDB69A"/>
              <w:bottom w:val="single" w:sz="6" w:space="0" w:color="CDB69A"/>
            </w:tcBorders>
          </w:tcPr>
          <w:p>
            <w:r>
              <w:rPr>
                <w:rFonts w:ascii="Aptos" w:hAnsi="Aptos" w:eastAsia="Aptos"/>
                <w:b/>
                <w:color w:val="2F2F2F"/>
                <w:sz w:val="20"/>
              </w:rPr>
              <w:t>Objet : Demande d’immersion professionnelle</w:t>
            </w:r>
          </w:p>
          <w:p>
            <w:r>
              <w:rPr>
                <w:rFonts w:ascii="Aptos" w:hAnsi="Aptos" w:eastAsia="Aptos"/>
                <w:b w:val="0"/>
                <w:color w:val="2F2F2F"/>
                <w:sz w:val="20"/>
              </w:rPr>
              <w:t>Madame, Monsieur,</w:t>
            </w:r>
          </w:p>
          <w:p>
            <w:r>
              <w:rPr>
                <w:rFonts w:ascii="Aptos" w:hAnsi="Aptos" w:eastAsia="Aptos"/>
                <w:b w:val="0"/>
                <w:color w:val="2F2F2F"/>
                <w:sz w:val="20"/>
              </w:rPr>
              <w:t>Je me permets de vous adresser la présente demande afin de solliciter une immersion professionnelle au sein de votre structure.</w:t>
            </w:r>
          </w:p>
          <w:p>
            <w:r>
              <w:rPr>
                <w:rFonts w:ascii="Aptos" w:hAnsi="Aptos" w:eastAsia="Aptos"/>
                <w:b w:val="0"/>
                <w:color w:val="2F2F2F"/>
                <w:sz w:val="20"/>
              </w:rPr>
              <w:t>Dans l’attente d’une réponse de votre part, je vous prie d’agréer, Madame, Monsieur, l’expression de ma considération distinguée.</w:t>
            </w:r>
          </w:p>
        </w:tc>
        <w:tc>
          <w:tcPr>
            <w:tcW w:type="dxa" w:w="4968"/>
            <w:shd w:val="clear" w:color="auto" w:fill="F9F5EE"/>
            <w:tcBorders>
              <w:left w:val="single" w:sz="6" w:space="0" w:color="CDB69A"/>
              <w:top w:val="single" w:sz="6" w:space="0" w:color="CDB69A"/>
              <w:right w:val="single" w:sz="6" w:space="0" w:color="CDB69A"/>
              <w:bottom w:val="single" w:sz="6" w:space="0" w:color="CDB69A"/>
            </w:tcBorders>
          </w:tcPr>
          <w:p>
            <w:r>
              <w:rPr>
                <w:rFonts w:ascii="Aptos" w:hAnsi="Aptos" w:eastAsia="Aptos"/>
                <w:b w:val="0"/>
                <w:color w:val="2F2F2F"/>
                <w:sz w:val="20"/>
              </w:rPr>
              <w:t>Avis de la structure d’accueil :</w:t>
            </w:r>
          </w:p>
          <w:p>
            <w:r>
              <w:rPr>
                <w:rFonts w:ascii="Aptos" w:hAnsi="Aptos" w:eastAsia="Aptos"/>
                <w:b w:val="0"/>
                <w:color w:val="2F2F2F"/>
                <w:sz w:val="20"/>
              </w:rPr>
              <w:t>__________________________________________________________</w:t>
            </w:r>
          </w:p>
          <w:p>
            <w:r>
              <w:rPr>
                <w:rFonts w:ascii="Aptos" w:hAnsi="Aptos" w:eastAsia="Aptos"/>
                <w:b w:val="0"/>
                <w:color w:val="2F2F2F"/>
                <w:sz w:val="20"/>
              </w:rPr>
              <w:t>__________________________________________________________</w:t>
            </w:r>
          </w:p>
          <w:p>
            <w:r>
              <w:rPr>
                <w:rFonts w:ascii="Aptos" w:hAnsi="Aptos" w:eastAsia="Aptos"/>
                <w:b w:val="0"/>
                <w:color w:val="2F2F2F"/>
                <w:sz w:val="20"/>
              </w:rPr>
              <w:t>Date : _____________________</w:t>
            </w:r>
          </w:p>
          <w:p>
            <w:r>
              <w:rPr>
                <w:rFonts w:ascii="Aptos" w:hAnsi="Aptos" w:eastAsia="Aptos"/>
                <w:b w:val="0"/>
                <w:color w:val="2F2F2F"/>
                <w:sz w:val="20"/>
              </w:rPr>
              <w:t>Signature du candidat : _________________________________</w:t>
            </w:r>
          </w:p>
          <w:p>
            <w:r>
              <w:rPr>
                <w:rFonts w:ascii="Aptos" w:hAnsi="Aptos" w:eastAsia="Aptos"/>
                <w:b w:val="0"/>
                <w:color w:val="2F2F2F"/>
                <w:sz w:val="20"/>
              </w:rPr>
              <w:t>Cachet / signature de la structure : _____________________</w:t>
            </w:r>
          </w:p>
        </w:tc>
      </w:tr>
    </w:tbl>
    <w:p>
      <w:pPr>
        <w:jc w:val="center"/>
      </w:pPr>
      <w:r>
        <w:rPr>
          <w:rFonts w:ascii="Aptos" w:hAnsi="Aptos" w:eastAsia="Aptos"/>
          <w:b w:val="0"/>
          <w:color w:val="9A8A75"/>
          <w:sz w:val="18"/>
        </w:rPr>
        <w:t>Modèle original à personnaliser</w:t>
      </w:r>
    </w:p>
    <w:sectPr w:rsidR="00FC693F" w:rsidRPr="0006063C" w:rsidSect="00034616">
      <w:pgSz w:w="12240" w:h="15840"/>
      <w:pgMar w:top="864" w:right="1152" w:bottom="864"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eastAsia="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