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120"/>
        <w:shd w:val="clear" w:color="auto" w:fill="2E8B57"/>
        <w:jc w:val="center"/>
      </w:pPr>
      <w:r>
        <w:rPr>
          <w:b/>
          <w:color w:val="FFFFFF"/>
          <w:sz w:val="32"/>
        </w:rPr>
        <w:t>Lettre d’immersion professionnelle – Santé / Social</w:t>
      </w:r>
    </w:p>
    <w:p>
      <w:r>
        <w:rPr>
          <w:b/>
        </w:rPr>
        <w:t>Nom Prénom</w:t>
        <w:br/>
        <w:t>Ville – Téléphone – Email</w:t>
        <w:br/>
      </w:r>
    </w:p>
    <w:p>
      <w:r>
        <w:t>Établissement (hôpital / centre social)</w:t>
        <w:br/>
      </w:r>
    </w:p>
    <w:p>
      <w:r>
        <w:t>Date</w:t>
        <w:br/>
      </w:r>
    </w:p>
    <w:p>
      <w:r>
        <w:rPr>
          <w:b/>
        </w:rPr>
        <w:t>Objet : Demande d’immersion professionnelle – Secteur santé</w:t>
      </w:r>
    </w:p>
    <w:p>
      <w:r>
        <w:t>Madame, Monsieur,</w:t>
      </w:r>
    </w:p>
    <w:p>
      <w:r>
        <w:t>Dans une démarche d’orientation vers les métiers du secteur sanitaire et social, une immersion professionnelle permettra de découvrir votre environnement de travail.</w:t>
      </w:r>
    </w:p>
    <w:p>
      <w:r>
        <w:t>Votre établissement représente un cadre idéal pour comprendre les réalités du terrain et observer les pratiques professionnelles.</w:t>
      </w:r>
    </w:p>
    <w:p>
      <w:r>
        <w:t>Motivé par l’accompagnement des personnes, doté d’un sens de l’écoute et d’une grande capacité d’adaptation, un engagement sérieux sera apporté.</w:t>
      </w:r>
    </w:p>
    <w:p>
      <w:r>
        <w:t>Cette immersion constitue une étape importante dans la construction du projet professionnel.</w:t>
      </w:r>
    </w:p>
    <w:p>
      <w:r>
        <w:t>Je vous remercie pour votre attention.</w:t>
      </w:r>
    </w:p>
    <w:p>
      <w:r>
        <w:t>Veuillez agréer, Madame, Monsieur, l’expression de ma considération distinguée.</w:t>
      </w:r>
    </w:p>
    <w:p>
      <w:r>
        <w:br/>
        <w:t>Signature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