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shd w:val="clear" w:color="auto" w:fill="6A0DAD"/>
      </w:pPr>
      <w:r>
        <w:rPr>
          <w:b/>
          <w:color w:val="FFFFFF"/>
          <w:sz w:val="40"/>
        </w:rPr>
        <w:t>Demande d’Immersion Professionnelle</w:t>
      </w:r>
    </w:p>
    <w:p>
      <w:pPr>
        <w:jc w:val="center"/>
      </w:pPr>
      <w:r>
        <w:t>━━━━━━━━━━━━━━━━━━━━━━━━━━━━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000"/>
        <w:gridCol w:w="6000"/>
      </w:tblGrid>
      <w:tr>
        <w:tc>
          <w:tcPr>
            <w:tcW w:type="dxa" w:w="4320"/>
            <w:shd w:fill="E6E6FA"/>
          </w:tcPr>
          <w:p>
            <w:r>
              <w:rPr>
                <w:b/>
              </w:rPr>
              <w:t>Informations personnelles</w:t>
              <w:br/>
            </w:r>
            <w:r>
              <w:br/>
              <w:t>Nom Prénom</w:t>
              <w:br/>
              <w:t>Adresse</w:t>
              <w:br/>
              <w:t>Téléphone</w:t>
              <w:br/>
              <w:t>Email</w:t>
              <w:br/>
              <w:t>Date</w:t>
            </w:r>
          </w:p>
        </w:tc>
        <w:tc>
          <w:tcPr>
            <w:tcW w:type="dxa" w:w="4320"/>
          </w:tcPr>
          <w:p>
            <w:r>
              <w:rPr>
                <w:b/>
              </w:rPr>
              <w:t>À l’attention de :</w:t>
              <w:br/>
              <w:br/>
              <w:t>Nom entreprise</w:t>
              <w:br/>
              <w:t>Adresse</w:t>
              <w:br/>
              <w:br/>
            </w:r>
          </w:p>
          <w:p>
            <w:r>
              <w:t>Objet : Demande d’immersion professionnelle</w:t>
              <w:br/>
            </w:r>
          </w:p>
          <w:p>
            <w:r>
              <w:t>Madame, Monsieur,</w:t>
              <w:br/>
            </w:r>
          </w:p>
          <w:p>
            <w:r>
              <w:t>Je souhaite réaliser une immersion professionnelle afin de mieux comprendre votre activité et enrichir mon projet.</w:t>
              <w:br/>
            </w:r>
          </w:p>
          <w:p>
            <w:r>
              <w:t>Cette démarche me permettra d’observer concrètement votre environnement de travail et d’acquérir une vision plus précise du métier.</w:t>
              <w:br/>
            </w:r>
          </w:p>
          <w:p>
            <w:r>
              <w:t>Motivé et impliqué, je suis prêt à m’adapter et à apprendre aux côtés de vos équipes.</w:t>
              <w:br/>
            </w:r>
          </w:p>
          <w:p>
            <w:r>
              <w:t>Je vous remercie pour votre attention.</w:t>
              <w:br/>
            </w:r>
          </w:p>
          <w:p>
            <w:r>
              <w:t>Signature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