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20"/>
        <w:shd w:val="clear" w:color="auto" w:fill="1E90FF"/>
        <w:jc w:val="center"/>
      </w:pPr>
      <w:r>
        <w:rPr>
          <w:b/>
          <w:color w:val="FFFFFF"/>
          <w:sz w:val="32"/>
        </w:rPr>
        <w:t>Lettre d’immersion professionnelle – Informatique / Digital</w:t>
      </w:r>
    </w:p>
    <w:p>
      <w:r>
        <w:rPr>
          <w:b/>
        </w:rPr>
        <w:t>Nom Prénom</w:t>
        <w:br/>
        <w:t>Étudiant en informatique</w:t>
        <w:br/>
        <w:t>Email – Téléphone</w:t>
        <w:br/>
      </w:r>
    </w:p>
    <w:p>
      <w:r>
        <w:t>Entreprise Tech</w:t>
        <w:br/>
        <w:t>Service IT</w:t>
        <w:br/>
      </w:r>
    </w:p>
    <w:p>
      <w:r>
        <w:t>Date</w:t>
        <w:br/>
      </w:r>
    </w:p>
    <w:p>
      <w:r>
        <w:rPr>
          <w:b/>
        </w:rPr>
        <w:t>Objet : Immersion professionnelle – Découverte du développement informatique</w:t>
      </w:r>
    </w:p>
    <w:p>
      <w:r>
        <w:t>Madame, Monsieur,</w:t>
      </w:r>
    </w:p>
    <w:p>
      <w:r>
        <w:t>Dans le cadre d’un parcours en informatique, une immersion professionnelle permettra d’enrichir les connaissances au sein de votre structure reconnue pour son expertise technologique.</w:t>
      </w:r>
    </w:p>
    <w:p>
      <w:r>
        <w:t>Attiré par les environnements numériques, l’objectif consiste à découvrir les méthodes de développement, les outils utilisés ainsi que l’organisation des projets informatiques.</w:t>
      </w:r>
    </w:p>
    <w:p>
      <w:r>
        <w:t>Les premières expériences académiques ont permis d’aborder la programmation et la logique algorithmique.</w:t>
      </w:r>
    </w:p>
    <w:p>
      <w:r>
        <w:t>Curieux, rigoureux et motivé par l’apprentissage continu, une implication totale sera accordée à cette expérience.</w:t>
      </w:r>
    </w:p>
    <w:p>
      <w:r>
        <w:t>Je reste disponible pour échanger à votre convenance.</w:t>
      </w:r>
    </w:p>
    <w:p>
      <w:r>
        <w:t>Veuillez recevoir, Madame, Monsieur, mes salutations respectueuses.</w:t>
      </w:r>
    </w:p>
    <w:p>
      <w:r>
        <w:br/>
        <w:t>Signature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