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20"/>
        <w:shd w:val="clear" w:color="auto" w:fill="022B4D"/>
        <w:jc w:val="center"/>
      </w:pPr>
      <w:r>
        <w:rPr>
          <w:b/>
          <w:color w:val="FFFFFF"/>
          <w:sz w:val="32"/>
        </w:rPr>
        <w:t>Lettre de demande d’immersion professionnelle – Commerce / Vente</w:t>
      </w:r>
    </w:p>
    <w:p>
      <w:r>
        <w:rPr>
          <w:b/>
        </w:rPr>
        <w:t>Nom Prénom</w:t>
        <w:br/>
        <w:t>Ville – Téléphone – Email</w:t>
        <w:br/>
      </w:r>
    </w:p>
    <w:p>
      <w:r>
        <w:t>Entreprise X</w:t>
        <w:br/>
        <w:t>Service Commercial</w:t>
        <w:br/>
        <w:t>Ville</w:t>
        <w:br/>
      </w:r>
    </w:p>
    <w:p>
      <w:r>
        <w:t>Date</w:t>
        <w:br/>
      </w:r>
    </w:p>
    <w:p>
      <w:r>
        <w:rPr>
          <w:b/>
        </w:rPr>
        <w:t>Objet : Demande d’immersion professionnelle – Découverte du métier de commercial</w:t>
      </w:r>
    </w:p>
    <w:p>
      <w:r>
        <w:t>Madame, Monsieur,</w:t>
      </w:r>
    </w:p>
    <w:p>
      <w:r>
        <w:t>Actuellement en formation orientée vers le commerce et la relation client, je souhaite approfondir ma compréhension du terrain à travers une immersion professionnelle au sein de votre entreprise.</w:t>
      </w:r>
    </w:p>
    <w:p>
      <w:r>
        <w:t>Votre structure se distingue par son approche dynamique du développement commercial et par la qualité de son accompagnement client. Cette immersion représente une occasion concrète d’observer les techniques de vente, la gestion de la relation client ainsi que les stratégies de fidélisation.</w:t>
      </w:r>
    </w:p>
    <w:p>
      <w:r>
        <w:t>Doté d’un bon sens du contact, d’une capacité d’écoute active et d’une réelle motivation à apprendre, je souhaite m’impliquer pleinement dans les missions que vous pourrez me confier.</w:t>
      </w:r>
    </w:p>
    <w:p>
      <w:r>
        <w:t>Cette expérience permettra de structurer un projet professionnel dans le domaine commercial.</w:t>
      </w:r>
    </w:p>
    <w:p>
      <w:r>
        <w:t>Je reste disponible pour échanger à votre convenance et vous remercie pour l’attention portée à ma demande.</w:t>
      </w:r>
    </w:p>
    <w:p>
      <w:r>
        <w:t>Veuillez agréer, Madame, Monsieur, l’expression de mes salutations distinguées.</w:t>
      </w:r>
    </w:p>
    <w:p>
      <w:r>
        <w:br/>
        <w:t>Signature</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