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05288"/>
          <w:sz w:val="40"/>
        </w:rPr>
        <w:t>PRÉSENTATION DE MON PROJET PROFESSIONNEL</w:t>
      </w:r>
    </w:p>
    <w:p>
      <w:pPr>
        <w:jc w:val="center"/>
      </w:pPr>
      <w:r>
        <w:t>━━━━━━━━━━━━━━━━━━━━━━━━━━━━━━━━━━━━━━</w:t>
      </w:r>
    </w:p>
    <w:tbl>
      <w:tblPr>
        <w:tblW w:type="auto" w:w="0"/>
        <w:jc w:val="center"/>
        <w:tblLook w:firstColumn="1" w:firstRow="1" w:lastColumn="0" w:lastRow="0" w:noHBand="0" w:noVBand="1" w:val="04A0"/>
      </w:tblPr>
      <w:tblGrid>
        <w:gridCol w:w="4320"/>
        <w:gridCol w:w="4320"/>
      </w:tblGrid>
      <w:tr>
        <w:tc>
          <w:tcPr>
            <w:tcW w:type="dxa" w:w="4320"/>
            <w:shd w:fill="0A2A43"/>
          </w:tcPr>
          <w:p>
            <w:r>
              <w:rPr>
                <w:b/>
                <w:color w:val="FFFFFF"/>
              </w:rPr>
              <w:t>PROFIL</w:t>
              <w:br/>
              <w:br/>
              <w:t>✔ Engagement</w:t>
              <w:br/>
              <w:t>✔ Rigueur</w:t>
              <w:br/>
              <w:t>✔ Sens humain</w:t>
              <w:br/>
              <w:t>✔ Travail d’équipe</w:t>
              <w:br/>
              <w:br/>
              <w:t>OBJECTIF</w:t>
              <w:br/>
              <w:br/>
              <w:t>Intégrer un IFSI</w:t>
              <w:br/>
              <w:t>et devenir infirmier</w:t>
            </w:r>
          </w:p>
        </w:tc>
        <w:tc>
          <w:tcPr>
            <w:tcW w:type="dxa" w:w="4320"/>
          </w:tcPr>
          <w:p>
            <w:r>
              <w:rPr>
                <w:b/>
              </w:rPr>
              <w:t>Madame, Monsieur,</w:t>
              <w:br/>
              <w:br/>
            </w:r>
          </w:p>
          <w:p>
            <w:r>
              <w:t>S’engager dans la voie infirmière représente pour moi un choix réfléchi, assumé et profondément ancré dans une volonté d’agir concrètement auprès des autres. Ce projet repose sur une conviction forte : trouver ma place dans un métier où chaque geste compte et où chaque relation humaine a une véritable portée.</w:t>
              <w:br/>
              <w:br/>
              <w:t>Le métier d’infirmier m’attire par sa réalité. Il demande de la précision, de l’observation et une capacité d’adaptation constante. Être présent auprès des patients, comprendre leurs besoins et agir avec justesse correspond pleinement à ce que je recherche dans un parcours professionnel.</w:t>
              <w:br/>
              <w:br/>
              <w:t>Je suis conscient des exigences de ce métier. Il implique de savoir gérer des situations complexes, de garder son sang-froid et de travailler en équipe avec efficacité. Ces exigences renforcent mon engagement et ma motivation à m’investir pleinement dans cette voie.</w:t>
              <w:br/>
              <w:br/>
              <w:t>Mon projet s’inscrit dans une progression claire. Intégrer un institut de formation en soins infirmiers constitue une étape essentielle pour acquérir les bases solides du métier. Par la suite, je souhaite développer mes compétences sur le terrain et évoluer vers des services exigeants où la réactivité est déterminante.</w:t>
              <w:br/>
              <w:br/>
              <w:t>Ce projet repose sur des valeurs fondamentales : le respect des personnes, le sens des responsabilités et l’engagement professionnel. Ces repères guident mon choix et orientent ma manière d’envisager ce métier.</w:t>
              <w:br/>
              <w:br/>
              <w:t>Intégrer votre institut représente une opportunité déterminante dans la concrétisation de ce projet. Je suis prêt à m’investir avec sérieux, régularité et implication.</w:t>
              <w:br/>
              <w:br/>
              <w:t>Je vous prie d’agréer, Madame, Monsieur, l’expression de ma considération distinguée.</w:t>
            </w:r>
          </w:p>
        </w:tc>
      </w:tr>
    </w:tbl>
    <w:sectPr w:rsidR="00FC693F" w:rsidRPr="0006063C" w:rsidSect="00034616">
      <w:headerReference w:type="default" r:id="rId9"/>
      <w:footerReference w:type="default" r:id="rId10"/>
      <w:pgSz w:w="12240" w:h="15840"/>
      <w:pgMar w:top="1008" w:right="2304" w:bottom="1008"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Dossier de candidature – Projet professionnel infirmier</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r>
      <w:rPr>
        <w:color w:val="787878"/>
        <w:sz w:val="20"/>
      </w:rPr>
      <w:t>PROJET PROFESSIONNEL INFIRMIER – Candidature IFSI</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