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0B285A"/>
          <w:sz w:val="56"/>
        </w:rPr>
        <w:t>RAPPORT D’ACTIVITÉ</w:t>
      </w:r>
    </w:p>
    <w:p>
      <w:r>
        <w:rPr>
          <w:color w:val="5A5A5A"/>
          <w:sz w:val="24"/>
        </w:rPr>
        <w:t>Synthèse d’activités, réalisations et suivi des projets</w:t>
      </w:r>
    </w:p>
    <w:p>
      <w:pPr>
        <w:spacing w:before="160" w:after="120"/>
      </w:pPr>
      <w:r>
        <w:rPr>
          <w:b/>
          <w:color w:val="FFFFFF"/>
          <w:sz w:val="30"/>
        </w:rPr>
        <w:t>1  INFORMATIONS GÉNÉRALES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91"/>
        <w:gridCol w:w="2691"/>
        <w:gridCol w:w="2691"/>
        <w:gridCol w:w="2691"/>
      </w:tblGrid>
      <w:tr>
        <w:tc>
          <w:tcPr>
            <w:tcW w:type="dxa" w:w="2691"/>
            <w:shd w:fill="0B2C5A"/>
          </w:tcPr>
          <w:p>
            <w:r>
              <w:t>Rapport préparé par</w:t>
            </w:r>
          </w:p>
        </w:tc>
        <w:tc>
          <w:tcPr>
            <w:tcW w:type="dxa" w:w="2691"/>
          </w:tcPr>
          <w:p>
            <w:r>
              <w:t>................................................</w:t>
            </w:r>
          </w:p>
        </w:tc>
        <w:tc>
          <w:tcPr>
            <w:tcW w:type="dxa" w:w="5382"/>
            <w:gridSpan w:val="2"/>
            <w:vMerge w:val="restart"/>
            <w:shd w:fill="F3F8F4"/>
          </w:tcPr>
          <w:p>
            <w:r>
              <w:rPr>
                <w:b/>
                <w:color w:val="1D7B53"/>
                <w:sz w:val="22"/>
              </w:rPr>
              <w:t>RÉSUMÉ EXÉCUTIF</w:t>
              <w:br/>
              <w:br/>
              <w:t>Quelques lignes ici pour servir de résumé du rapport.</w:t>
            </w:r>
          </w:p>
        </w:tc>
      </w:tr>
      <w:tr>
        <w:tc>
          <w:tcPr>
            <w:tcW w:type="dxa" w:w="2691"/>
            <w:shd w:fill="0B2C5A"/>
          </w:tcPr>
          <w:p>
            <w:r>
              <w:t>Période du rapport</w:t>
            </w:r>
          </w:p>
        </w:tc>
        <w:tc>
          <w:tcPr>
            <w:tcW w:type="dxa" w:w="2691"/>
          </w:tcPr>
          <w:p>
            <w:r>
              <w:t>................................................</w:t>
            </w:r>
          </w:p>
        </w:tc>
        <w:tc>
          <w:tcPr>
            <w:tcW w:type="dxa" w:w="5382"/>
            <w:gridSpan w:val="2"/>
            <w:vMerge/>
          </w:tcPr>
          <w:p/>
        </w:tc>
      </w:tr>
      <w:tr>
        <w:tc>
          <w:tcPr>
            <w:tcW w:type="dxa" w:w="2691"/>
            <w:shd w:fill="0B2C5A"/>
          </w:tcPr>
          <w:p>
            <w:r>
              <w:t>Objectif du rapport</w:t>
            </w:r>
          </w:p>
        </w:tc>
        <w:tc>
          <w:tcPr>
            <w:tcW w:type="dxa" w:w="2691"/>
          </w:tcPr>
          <w:p>
            <w:r>
              <w:t>................................................</w:t>
            </w:r>
          </w:p>
        </w:tc>
        <w:tc>
          <w:tcPr>
            <w:tcW w:type="dxa" w:w="5382"/>
            <w:gridSpan w:val="2"/>
            <w:vMerge/>
          </w:tcPr>
          <w:p/>
        </w:tc>
      </w:tr>
      <w:tr>
        <w:tc>
          <w:tcPr>
            <w:tcW w:type="dxa" w:w="2691"/>
            <w:shd w:fill="0B2C5A"/>
          </w:tcPr>
          <w:p>
            <w:r>
              <w:t>Destinataires</w:t>
            </w:r>
          </w:p>
        </w:tc>
        <w:tc>
          <w:tcPr>
            <w:tcW w:type="dxa" w:w="2691"/>
          </w:tcPr>
          <w:p>
            <w:r>
              <w:t>................................................</w:t>
            </w:r>
          </w:p>
        </w:tc>
        <w:tc>
          <w:tcPr>
            <w:tcW w:type="dxa" w:w="5382"/>
            <w:gridSpan w:val="2"/>
            <w:vMerge/>
          </w:tcPr>
          <w:p/>
        </w:tc>
      </w:tr>
    </w:tbl>
    <w:p/>
    <w:p>
      <w:r>
        <w:rPr>
          <w:b/>
          <w:color w:val="FFFFFF"/>
          <w:sz w:val="30"/>
        </w:rPr>
        <w:t>2  TABLEAU DE BORD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589"/>
        <w:gridCol w:w="3589"/>
        <w:gridCol w:w="3589"/>
      </w:tblGrid>
      <w:tr>
        <w:tc>
          <w:tcPr>
            <w:tcW w:type="dxa" w:w="3589"/>
            <w:shd w:fill="1B9E59"/>
          </w:tcPr>
          <w:p>
            <w:r>
              <w:rPr>
                <w:b/>
                <w:color w:val="FFFFFF"/>
                <w:sz w:val="20"/>
              </w:rPr>
              <w:t>ÉTAT GÉNÉRAL</w:t>
            </w:r>
          </w:p>
        </w:tc>
        <w:tc>
          <w:tcPr>
            <w:tcW w:type="dxa" w:w="3589"/>
            <w:shd w:fill="1B9E59"/>
          </w:tcPr>
          <w:p>
            <w:r>
              <w:rPr>
                <w:b/>
                <w:color w:val="FFFFFF"/>
                <w:sz w:val="20"/>
              </w:rPr>
              <w:t>STATUT</w:t>
            </w:r>
          </w:p>
        </w:tc>
        <w:tc>
          <w:tcPr>
            <w:tcW w:type="dxa" w:w="3589"/>
            <w:shd w:fill="1B9E59"/>
          </w:tcPr>
          <w:p>
            <w:r>
              <w:rPr>
                <w:b/>
                <w:color w:val="FFFFFF"/>
                <w:sz w:val="20"/>
              </w:rPr>
              <w:t>RAISON DE LA DÉVIATION</w:t>
            </w:r>
          </w:p>
        </w:tc>
      </w:tr>
      <w:tr>
        <w:tc>
          <w:tcPr>
            <w:tcW w:type="dxa" w:w="3589"/>
          </w:tcPr>
          <w:p>
            <w:r>
              <w:t>CONTRÔLÉ</w:t>
            </w:r>
          </w:p>
        </w:tc>
        <w:tc>
          <w:tcPr>
            <w:tcW w:type="dxa" w:w="3589"/>
            <w:shd w:fill="00B050"/>
          </w:tcPr>
          <w:p>
            <w:r/>
          </w:p>
        </w:tc>
        <w:tc>
          <w:tcPr>
            <w:tcW w:type="dxa" w:w="3589"/>
          </w:tcPr>
          <w:p>
            <w:r>
              <w:t>Commentaires détaillés, analyse des écarts, justification des résultats et observations opérationnelles.</w:t>
            </w:r>
          </w:p>
        </w:tc>
      </w:tr>
      <w:tr>
        <w:tc>
          <w:tcPr>
            <w:tcW w:type="dxa" w:w="3589"/>
          </w:tcPr>
          <w:p>
            <w:r>
              <w:t>ATTENTION</w:t>
            </w:r>
          </w:p>
        </w:tc>
        <w:tc>
          <w:tcPr>
            <w:tcW w:type="dxa" w:w="3589"/>
            <w:shd w:fill="F4B400"/>
          </w:tcPr>
          <w:p>
            <w:r/>
          </w:p>
        </w:tc>
        <w:tc>
          <w:tcPr>
            <w:tcW w:type="dxa" w:w="3589"/>
          </w:tcPr>
          <w:p>
            <w:r>
              <w:t>Commentaires détaillés, analyse des écarts, justification des résultats et observations opérationnelles.</w:t>
            </w:r>
          </w:p>
        </w:tc>
      </w:tr>
      <w:tr>
        <w:tc>
          <w:tcPr>
            <w:tcW w:type="dxa" w:w="3589"/>
          </w:tcPr>
          <w:p>
            <w:r>
              <w:t>CRITIQUE</w:t>
            </w:r>
          </w:p>
        </w:tc>
        <w:tc>
          <w:tcPr>
            <w:tcW w:type="dxa" w:w="3589"/>
            <w:shd w:fill="FF0000"/>
          </w:tcPr>
          <w:p>
            <w:r/>
          </w:p>
        </w:tc>
        <w:tc>
          <w:tcPr>
            <w:tcW w:type="dxa" w:w="3589"/>
          </w:tcPr>
          <w:p>
            <w:r>
              <w:t>Commentaires détaillés, analyse des écarts, justification des résultats et observations opérationnelles.</w:t>
            </w:r>
          </w:p>
        </w:tc>
      </w:tr>
    </w:tbl>
    <w:p/>
    <w:p>
      <w:r>
        <w:rPr>
          <w:b/>
          <w:color w:val="FFFFFF"/>
          <w:sz w:val="30"/>
        </w:rPr>
        <w:t>3  RÉALISATIONS ET PROJETS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589"/>
        <w:gridCol w:w="3589"/>
        <w:gridCol w:w="3589"/>
      </w:tblGrid>
      <w:tr>
        <w:tc>
          <w:tcPr>
            <w:tcW w:type="dxa" w:w="3589"/>
            <w:shd w:fill="1E4F92"/>
          </w:tcPr>
          <w:p>
            <w:r>
              <w:rPr>
                <w:b/>
                <w:color w:val="FFFFFF"/>
                <w:sz w:val="20"/>
              </w:rPr>
              <w:t>#</w:t>
            </w:r>
          </w:p>
        </w:tc>
        <w:tc>
          <w:tcPr>
            <w:tcW w:type="dxa" w:w="3589"/>
            <w:shd w:fill="1E4F92"/>
          </w:tcPr>
          <w:p>
            <w:r>
              <w:rPr>
                <w:b/>
                <w:color w:val="FFFFFF"/>
                <w:sz w:val="20"/>
              </w:rPr>
              <w:t>TÂCHES ACCOMPLIES</w:t>
            </w:r>
          </w:p>
        </w:tc>
        <w:tc>
          <w:tcPr>
            <w:tcW w:type="dxa" w:w="3589"/>
            <w:shd w:fill="1E4F92"/>
          </w:tcPr>
          <w:p>
            <w:r>
              <w:rPr>
                <w:b/>
                <w:color w:val="FFFFFF"/>
                <w:sz w:val="20"/>
              </w:rPr>
              <w:t>DÉTAILS / COMMENTAIRES</w:t>
            </w:r>
          </w:p>
        </w:tc>
      </w:tr>
      <w:tr>
        <w:tc>
          <w:tcPr>
            <w:tcW w:type="dxa" w:w="3589"/>
          </w:tcPr>
          <w:p>
            <w:r>
              <w:t>1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3589"/>
          </w:tcPr>
          <w:p>
            <w:r>
              <w:t>2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3589"/>
          </w:tcPr>
          <w:p>
            <w:r>
              <w:t>3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3589"/>
          </w:tcPr>
          <w:p>
            <w:r>
              <w:t>4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3589"/>
          </w:tcPr>
          <w:p>
            <w:r>
              <w:t>5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3589"/>
          </w:tcPr>
          <w:p>
            <w:r>
              <w:t>6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3589"/>
          </w:tcPr>
          <w:p>
            <w:r>
              <w:t>7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3589"/>
          </w:tcPr>
          <w:p>
            <w:r>
              <w:t>8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589"/>
        <w:gridCol w:w="3589"/>
        <w:gridCol w:w="3589"/>
      </w:tblGrid>
      <w:tr>
        <w:tc>
          <w:tcPr>
            <w:tcW w:type="dxa" w:w="3589"/>
            <w:shd w:fill="285C9E"/>
          </w:tcPr>
          <w:p>
            <w:r>
              <w:rPr>
                <w:b/>
                <w:color w:val="FFFFFF"/>
                <w:sz w:val="20"/>
              </w:rPr>
              <w:t>#</w:t>
            </w:r>
          </w:p>
        </w:tc>
        <w:tc>
          <w:tcPr>
            <w:tcW w:type="dxa" w:w="3589"/>
            <w:shd w:fill="285C9E"/>
          </w:tcPr>
          <w:p>
            <w:r>
              <w:rPr>
                <w:b/>
                <w:color w:val="FFFFFF"/>
                <w:sz w:val="20"/>
              </w:rPr>
              <w:t>ACTIONS PRÉVUES</w:t>
            </w:r>
          </w:p>
        </w:tc>
        <w:tc>
          <w:tcPr>
            <w:tcW w:type="dxa" w:w="3589"/>
            <w:shd w:fill="285C9E"/>
          </w:tcPr>
          <w:p>
            <w:r>
              <w:rPr>
                <w:b/>
                <w:color w:val="FFFFFF"/>
                <w:sz w:val="20"/>
              </w:rPr>
              <w:t>RESPONSABLE</w:t>
            </w:r>
          </w:p>
        </w:tc>
      </w:tr>
      <w:tr>
        <w:tc>
          <w:tcPr>
            <w:tcW w:type="dxa" w:w="3589"/>
          </w:tcPr>
          <w:p>
            <w:r>
              <w:t>1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3589"/>
          </w:tcPr>
          <w:p>
            <w:r>
              <w:t>2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3589"/>
          </w:tcPr>
          <w:p>
            <w:r>
              <w:t>3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3589"/>
          </w:tcPr>
          <w:p>
            <w:r>
              <w:t>4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3589"/>
          </w:tcPr>
          <w:p>
            <w:r>
              <w:t>5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3589"/>
          </w:tcPr>
          <w:p>
            <w:r>
              <w:t>6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3589"/>
          </w:tcPr>
          <w:p>
            <w:r>
              <w:t>7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  <w:tc>
          <w:tcPr>
            <w:tcW w:type="dxa" w:w="3589"/>
          </w:tcPr>
          <w:p>
            <w:r>
              <w:t>................................................</w:t>
            </w:r>
          </w:p>
        </w:tc>
      </w:tr>
    </w:tbl>
    <w:p/>
    <w:p>
      <w:r>
        <w:rPr>
          <w:b/>
          <w:color w:val="FFFFFF"/>
          <w:sz w:val="30"/>
        </w:rPr>
        <w:t>4  JALONS DU PROJET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91"/>
        <w:gridCol w:w="2691"/>
        <w:gridCol w:w="2691"/>
        <w:gridCol w:w="2691"/>
      </w:tblGrid>
      <w:tr>
        <w:tc>
          <w:tcPr>
            <w:tcW w:type="dxa" w:w="2691"/>
            <w:shd w:fill="E88B16"/>
          </w:tcPr>
          <w:p>
            <w:r>
              <w:rPr>
                <w:b/>
                <w:color w:val="FFFFFF"/>
                <w:sz w:val="20"/>
              </w:rPr>
              <w:t>NOM DU JALON</w:t>
            </w:r>
          </w:p>
        </w:tc>
        <w:tc>
          <w:tcPr>
            <w:tcW w:type="dxa" w:w="2691"/>
            <w:shd w:fill="E88B16"/>
          </w:tcPr>
          <w:p>
            <w:r>
              <w:rPr>
                <w:b/>
                <w:color w:val="FFFFFF"/>
                <w:sz w:val="20"/>
              </w:rPr>
              <w:t>DATE PRÉVUE</w:t>
            </w:r>
          </w:p>
        </w:tc>
        <w:tc>
          <w:tcPr>
            <w:tcW w:type="dxa" w:w="2691"/>
            <w:shd w:fill="E88B16"/>
          </w:tcPr>
          <w:p>
            <w:r>
              <w:rPr>
                <w:b/>
                <w:color w:val="FFFFFF"/>
                <w:sz w:val="20"/>
              </w:rPr>
              <w:t>STATUT</w:t>
            </w:r>
          </w:p>
        </w:tc>
        <w:tc>
          <w:tcPr>
            <w:tcW w:type="dxa" w:w="2691"/>
            <w:shd w:fill="E88B16"/>
          </w:tcPr>
          <w:p>
            <w:r>
              <w:rPr>
                <w:b/>
                <w:color w:val="FFFFFF"/>
                <w:sz w:val="20"/>
              </w:rPr>
              <w:t>COMMENTAIRES</w:t>
            </w:r>
          </w:p>
        </w:tc>
      </w:tr>
      <w:tr>
        <w:tc>
          <w:tcPr>
            <w:tcW w:type="dxa" w:w="2691"/>
          </w:tcPr>
          <w:p>
            <w:r>
              <w:t>Jalon 1</w:t>
            </w:r>
          </w:p>
        </w:tc>
        <w:tc>
          <w:tcPr>
            <w:tcW w:type="dxa" w:w="2691"/>
          </w:tcPr>
          <w:p>
            <w:r>
              <w:t>__/__/____</w:t>
            </w:r>
          </w:p>
        </w:tc>
        <w:tc>
          <w:tcPr>
            <w:tcW w:type="dxa" w:w="2691"/>
          </w:tcPr>
          <w:p>
            <w:r>
              <w:t>À définir</w:t>
            </w:r>
          </w:p>
        </w:tc>
        <w:tc>
          <w:tcPr>
            <w:tcW w:type="dxa" w:w="2691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2691"/>
          </w:tcPr>
          <w:p>
            <w:r>
              <w:t>Jalon 2</w:t>
            </w:r>
          </w:p>
        </w:tc>
        <w:tc>
          <w:tcPr>
            <w:tcW w:type="dxa" w:w="2691"/>
          </w:tcPr>
          <w:p>
            <w:r>
              <w:t>__/__/____</w:t>
            </w:r>
          </w:p>
        </w:tc>
        <w:tc>
          <w:tcPr>
            <w:tcW w:type="dxa" w:w="2691"/>
          </w:tcPr>
          <w:p>
            <w:r>
              <w:t>À définir</w:t>
            </w:r>
          </w:p>
        </w:tc>
        <w:tc>
          <w:tcPr>
            <w:tcW w:type="dxa" w:w="2691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2691"/>
          </w:tcPr>
          <w:p>
            <w:r>
              <w:t>Jalon 3</w:t>
            </w:r>
          </w:p>
        </w:tc>
        <w:tc>
          <w:tcPr>
            <w:tcW w:type="dxa" w:w="2691"/>
          </w:tcPr>
          <w:p>
            <w:r>
              <w:t>__/__/____</w:t>
            </w:r>
          </w:p>
        </w:tc>
        <w:tc>
          <w:tcPr>
            <w:tcW w:type="dxa" w:w="2691"/>
          </w:tcPr>
          <w:p>
            <w:r>
              <w:t>À définir</w:t>
            </w:r>
          </w:p>
        </w:tc>
        <w:tc>
          <w:tcPr>
            <w:tcW w:type="dxa" w:w="2691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2691"/>
          </w:tcPr>
          <w:p>
            <w:r>
              <w:t>Jalon 4</w:t>
            </w:r>
          </w:p>
        </w:tc>
        <w:tc>
          <w:tcPr>
            <w:tcW w:type="dxa" w:w="2691"/>
          </w:tcPr>
          <w:p>
            <w:r>
              <w:t>__/__/____</w:t>
            </w:r>
          </w:p>
        </w:tc>
        <w:tc>
          <w:tcPr>
            <w:tcW w:type="dxa" w:w="2691"/>
          </w:tcPr>
          <w:p>
            <w:r>
              <w:t>À définir</w:t>
            </w:r>
          </w:p>
        </w:tc>
        <w:tc>
          <w:tcPr>
            <w:tcW w:type="dxa" w:w="2691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2691"/>
          </w:tcPr>
          <w:p>
            <w:r>
              <w:t>Jalon 5</w:t>
            </w:r>
          </w:p>
        </w:tc>
        <w:tc>
          <w:tcPr>
            <w:tcW w:type="dxa" w:w="2691"/>
          </w:tcPr>
          <w:p>
            <w:r>
              <w:t>__/__/____</w:t>
            </w:r>
          </w:p>
        </w:tc>
        <w:tc>
          <w:tcPr>
            <w:tcW w:type="dxa" w:w="2691"/>
          </w:tcPr>
          <w:p>
            <w:r>
              <w:t>À définir</w:t>
            </w:r>
          </w:p>
        </w:tc>
        <w:tc>
          <w:tcPr>
            <w:tcW w:type="dxa" w:w="2691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2691"/>
          </w:tcPr>
          <w:p>
            <w:r>
              <w:t>Jalon 6</w:t>
            </w:r>
          </w:p>
        </w:tc>
        <w:tc>
          <w:tcPr>
            <w:tcW w:type="dxa" w:w="2691"/>
          </w:tcPr>
          <w:p>
            <w:r>
              <w:t>__/__/____</w:t>
            </w:r>
          </w:p>
        </w:tc>
        <w:tc>
          <w:tcPr>
            <w:tcW w:type="dxa" w:w="2691"/>
          </w:tcPr>
          <w:p>
            <w:r>
              <w:t>À définir</w:t>
            </w:r>
          </w:p>
        </w:tc>
        <w:tc>
          <w:tcPr>
            <w:tcW w:type="dxa" w:w="2691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2691"/>
          </w:tcPr>
          <w:p>
            <w:r>
              <w:t>Jalon 7</w:t>
            </w:r>
          </w:p>
        </w:tc>
        <w:tc>
          <w:tcPr>
            <w:tcW w:type="dxa" w:w="2691"/>
          </w:tcPr>
          <w:p>
            <w:r>
              <w:t>__/__/____</w:t>
            </w:r>
          </w:p>
        </w:tc>
        <w:tc>
          <w:tcPr>
            <w:tcW w:type="dxa" w:w="2691"/>
          </w:tcPr>
          <w:p>
            <w:r>
              <w:t>À définir</w:t>
            </w:r>
          </w:p>
        </w:tc>
        <w:tc>
          <w:tcPr>
            <w:tcW w:type="dxa" w:w="2691"/>
          </w:tcPr>
          <w:p>
            <w:r>
              <w:t>................................................</w:t>
            </w:r>
          </w:p>
        </w:tc>
      </w:tr>
      <w:tr>
        <w:tc>
          <w:tcPr>
            <w:tcW w:type="dxa" w:w="2691"/>
          </w:tcPr>
          <w:p>
            <w:r>
              <w:t>Jalon 8</w:t>
            </w:r>
          </w:p>
        </w:tc>
        <w:tc>
          <w:tcPr>
            <w:tcW w:type="dxa" w:w="2691"/>
          </w:tcPr>
          <w:p>
            <w:r>
              <w:t>__/__/____</w:t>
            </w:r>
          </w:p>
        </w:tc>
        <w:tc>
          <w:tcPr>
            <w:tcW w:type="dxa" w:w="2691"/>
          </w:tcPr>
          <w:p>
            <w:r>
              <w:t>À définir</w:t>
            </w:r>
          </w:p>
        </w:tc>
        <w:tc>
          <w:tcPr>
            <w:tcW w:type="dxa" w:w="2691"/>
          </w:tcPr>
          <w:p>
            <w:r>
              <w:t>................................................</w:t>
            </w:r>
          </w:p>
        </w:tc>
      </w:tr>
    </w:tbl>
    <w:p/>
    <w:p>
      <w:r>
        <w:rPr>
          <w:b/>
          <w:color w:val="FFFFFF"/>
          <w:sz w:val="30"/>
        </w:rPr>
        <w:t>5  SIGNATURE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589"/>
        <w:gridCol w:w="3589"/>
        <w:gridCol w:w="3589"/>
      </w:tblGrid>
      <w:tr>
        <w:tc>
          <w:tcPr>
            <w:tcW w:type="dxa" w:w="3589"/>
            <w:shd w:fill="0F7B9C"/>
          </w:tcPr>
          <w:p>
            <w:r>
              <w:rPr>
                <w:b/>
                <w:color w:val="FFFFFF"/>
                <w:sz w:val="20"/>
              </w:rPr>
              <w:t>SIGNÉ PAR</w:t>
            </w:r>
          </w:p>
        </w:tc>
        <w:tc>
          <w:tcPr>
            <w:tcW w:type="dxa" w:w="3589"/>
            <w:shd w:fill="0F7B9C"/>
          </w:tcPr>
          <w:p>
            <w:r>
              <w:rPr>
                <w:b/>
                <w:color w:val="FFFFFF"/>
                <w:sz w:val="20"/>
              </w:rPr>
              <w:t>DATE</w:t>
            </w:r>
          </w:p>
        </w:tc>
        <w:tc>
          <w:tcPr>
            <w:tcW w:type="dxa" w:w="3589"/>
            <w:shd w:fill="0F7B9C"/>
          </w:tcPr>
          <w:p>
            <w:r>
              <w:rPr>
                <w:b/>
                <w:color w:val="FFFFFF"/>
                <w:sz w:val="20"/>
              </w:rPr>
              <w:t>APPROBATION</w:t>
            </w:r>
          </w:p>
        </w:tc>
      </w:tr>
      <w:tr>
        <w:tc>
          <w:tcPr>
            <w:tcW w:type="dxa" w:w="3589"/>
          </w:tcPr>
          <w:p>
            <w:r>
              <w:t>........................................</w:t>
            </w:r>
          </w:p>
        </w:tc>
        <w:tc>
          <w:tcPr>
            <w:tcW w:type="dxa" w:w="3589"/>
          </w:tcPr>
          <w:p>
            <w:r>
              <w:t>__/__/____</w:t>
            </w:r>
          </w:p>
        </w:tc>
        <w:tc>
          <w:tcPr>
            <w:tcW w:type="dxa" w:w="3589"/>
          </w:tcPr>
          <w:p>
            <w:r>
              <w:t>☐ Approuvé   ☐ À revoir   ☐ Rejeté</w:t>
            </w:r>
          </w:p>
        </w:tc>
      </w:tr>
    </w:tbl>
    <w:sectPr w:rsidR="00FC693F" w:rsidRPr="0006063C" w:rsidSect="00034616">
      <w:pgSz w:w="12240" w:h="15840"/>
      <w:pgMar w:top="680" w:right="737" w:bottom="680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