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type="auto" w:w="0"/>
        <w:jc w:val="center"/>
        <w:tblLayout w:type="fixed"/>
        <w:tblLook w:firstColumn="1" w:firstRow="1" w:lastColumn="0" w:lastRow="0" w:noHBand="0" w:noVBand="1" w:val="04A0"/>
      </w:tblPr>
      <w:tblGrid>
        <w:gridCol w:w="6236"/>
        <w:gridCol w:w="2835"/>
      </w:tblGrid>
      <w:tr>
        <w:tc>
          <w:tcPr>
            <w:tcW w:type="dxa" w:w="5156"/>
            <w:shd w:fill="F4C7AB"/>
          </w:tcPr>
          <w:p>
            <w:r>
              <w:rPr>
                <w:b/>
                <w:color w:val="FFFFFF"/>
                <w:sz w:val="48"/>
              </w:rPr>
              <w:t>LETTRE DE MOTIVATION</w:t>
              <w:br/>
              <w:t>ÉCOLE MATERNELLE</w:t>
            </w:r>
          </w:p>
          <w:p>
            <w:r>
              <w:rPr>
                <w:color w:val="FFFFFF"/>
                <w:sz w:val="22"/>
              </w:rPr>
              <w:t>Modèle professionnel – candidature sans diplôme</w:t>
            </w:r>
          </w:p>
        </w:tc>
        <w:tc>
          <w:tcPr>
            <w:tcW w:type="dxa" w:w="5156"/>
            <w:shd w:fill="8FB9A8"/>
          </w:tcPr>
          <w:p>
            <w:pPr>
              <w:jc w:val="center"/>
            </w:pPr>
            <w:r>
              <w:rPr>
                <w:b/>
                <w:color w:val="FFFFFF"/>
                <w:sz w:val="32"/>
              </w:rPr>
              <w:t>📷 PHOTO</w:t>
              <w:br/>
              <w:br/>
              <w:t>🔗 QR CODE</w:t>
            </w:r>
          </w:p>
        </w:tc>
      </w:tr>
    </w:tbl>
    <w:p/>
    <w:tbl>
      <w:tblPr>
        <w:tblStyle w:val="TableGrid"/>
        <w:tblW w:type="auto" w:w="0"/>
        <w:tblLook w:firstColumn="1" w:firstRow="1" w:lastColumn="0" w:lastRow="0" w:noHBand="0" w:noVBand="1" w:val="04A0"/>
      </w:tblPr>
      <w:tblGrid>
        <w:gridCol w:w="5156"/>
        <w:gridCol w:w="5156"/>
      </w:tblGrid>
      <w:tr>
        <w:tc>
          <w:tcPr>
            <w:tcW w:type="dxa" w:w="5156"/>
          </w:tcPr>
          <w:p>
            <w:r>
              <w:rPr>
                <w:sz w:val="20"/>
              </w:rPr>
              <w:t>Nom et prénom</w:t>
            </w:r>
          </w:p>
        </w:tc>
        <w:tc>
          <w:tcPr>
            <w:tcW w:type="dxa" w:w="5156"/>
          </w:tcPr>
          <w:p>
            <w:r>
              <w:rPr>
                <w:sz w:val="20"/>
              </w:rPr>
              <w:t>Adresse – Téléphone – E-mail</w:t>
            </w:r>
          </w:p>
        </w:tc>
      </w:tr>
      <w:tr>
        <w:tc>
          <w:tcPr>
            <w:tcW w:type="dxa" w:w="5156"/>
          </w:tcPr>
          <w:p>
            <w:r>
              <w:rPr>
                <w:sz w:val="20"/>
              </w:rPr>
              <w:t>Ville</w:t>
            </w:r>
          </w:p>
        </w:tc>
        <w:tc>
          <w:tcPr>
            <w:tcW w:type="dxa" w:w="5156"/>
          </w:tcPr>
          <w:p>
            <w:r>
              <w:rPr>
                <w:sz w:val="20"/>
              </w:rPr>
              <w:t>Disponibilité immédiate / Temps plein</w:t>
            </w:r>
          </w:p>
        </w:tc>
      </w:tr>
    </w:tbl>
    <w:p/>
    <w:p>
      <w:r>
        <w:rPr>
          <w:b/>
          <w:color w:val="25577A"/>
          <w:sz w:val="30"/>
        </w:rPr>
        <w:t>Objet : Candidature pour travailler en école maternelle</w:t>
      </w:r>
    </w:p>
    <w:p>
      <w:r>
        <w:rPr>
          <w:sz w:val="22"/>
        </w:rPr>
        <w:br/>
        <w:t>Madame, Monsieur,</w:t>
        <w:br/>
        <w:br/>
        <w:t>Travailler auprès des jeunes enfants représente pour moi une activité profondément humaine, fondée sur la patience, l’écoute et le sens des responsabilités. Même sans diplôme spécialisé dans la petite enfance, j’ai développé des qualités personnelles qui me permettent d’accompagner les enfants dans un environnement calme, rassurant et bienveillant.</w:t>
        <w:br/>
        <w:br/>
        <w:t>J’apprécie particulièrement les missions liées à l’accueil des enfants, à l’accompagnement durant les activités quotidiennes ainsi qu’au maintien d’un cadre propre et organisé. Le contact avec les familles, la collaboration avec l’équipe pédagogique et l’attention portée au bien-être des enfants constituent des aspects qui me motivent fortement.</w:t>
        <w:br/>
        <w:br/>
        <w:t>Sérieux(se), ponctuel(le) et motivé(e), je souhaite intégrer une école maternelle afin d’apprendre sur le terrain, développer mes compétences et contribuer positivement à la vie de l’établissement.</w:t>
        <w:br/>
        <w:br/>
        <w:t>Je reste disponible pour un entretien afin d’échanger davantage sur ma motivation et ma disponibilité.</w:t>
        <w:br/>
        <w:br/>
        <w:t>Veuillez agréer, Madame, Monsieur, l’expression de mes salutations distinguées.</w:t>
        <w:br/>
      </w:r>
    </w:p>
    <w:p/>
    <w:p>
      <w:r>
        <w:rPr>
          <w:b/>
          <w:color w:val="25577A"/>
          <w:sz w:val="30"/>
        </w:rPr>
        <w:t>Compétences valorisées</w:t>
      </w:r>
    </w:p>
    <w:p>
      <w:pPr>
        <w:pStyle w:val="ListBullet"/>
      </w:pPr>
      <w:r>
        <w:t>✔ Sens du contact avec les enfants</w:t>
      </w:r>
    </w:p>
    <w:p>
      <w:pPr>
        <w:pStyle w:val="ListBullet"/>
      </w:pPr>
      <w:r>
        <w:t>✔ Capacité d’écoute et de patience</w:t>
      </w:r>
    </w:p>
    <w:p>
      <w:pPr>
        <w:pStyle w:val="ListBullet"/>
      </w:pPr>
      <w:r>
        <w:t>✔ Organisation et ponctualité</w:t>
      </w:r>
    </w:p>
    <w:p>
      <w:pPr>
        <w:pStyle w:val="ListBullet"/>
      </w:pPr>
      <w:r>
        <w:t>✔ Travail en équipe</w:t>
      </w:r>
    </w:p>
    <w:p>
      <w:pPr>
        <w:pStyle w:val="ListBullet"/>
      </w:pPr>
      <w:r>
        <w:t>✔ Respect des règles d’hygiène et de sécurité</w:t>
      </w:r>
    </w:p>
    <w:p/>
    <w:tbl>
      <w:tblPr>
        <w:tblW w:type="auto" w:w="0"/>
        <w:tblLayout w:type="autofit"/>
        <w:tblLook w:firstColumn="1" w:firstRow="1" w:lastColumn="0" w:lastRow="0" w:noHBand="0" w:noVBand="1" w:val="04A0"/>
      </w:tblPr>
      <w:tblGrid>
        <w:gridCol w:w="10312"/>
      </w:tblGrid>
      <w:tr>
        <w:tc>
          <w:tcPr>
            <w:tcW w:type="dxa" w:w="10312"/>
            <w:shd w:fill="EAF4F4"/>
          </w:tcPr>
          <w:p>
            <w:r>
              <w:rPr>
                <w:b/>
                <w:color w:val="3C3C3C"/>
                <w:sz w:val="20"/>
              </w:rPr>
              <w:t>Conseil candidature : personnaliser la lettre avec le nom de l’école et mentionner toute expérience avec les enfants, même informelle.</w:t>
            </w:r>
          </w:p>
        </w:tc>
      </w:tr>
    </w:tbl>
    <w:p>
      <w:r>
        <w:br/>
        <w:t>Signature</w:t>
      </w:r>
    </w:p>
    <w:sectPr w:rsidR="00FC693F" w:rsidRPr="0006063C" w:rsidSect="00034616">
      <w:pgSz w:w="12240" w:h="15840"/>
      <w:pgMar w:top="850" w:right="964" w:bottom="850" w:left="9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