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PVTitle"/>
        <w:jc w:val="center"/>
      </w:pPr>
      <w:r>
        <w:t>PROCÈS-VERBAL DE REMISE DES CLÉS</w:t>
      </w:r>
    </w:p>
    <w:p/>
    <w:p>
      <w:r>
        <w:rPr>
          <w:b/>
        </w:rPr>
        <w:t xml:space="preserve">Date : </w:t>
      </w:r>
      <w:r>
        <w:t>[Ville], le [JJ/MM/AAAA]</w:t>
        <w:br/>
      </w:r>
      <w:r>
        <w:rPr>
          <w:b/>
        </w:rPr>
        <w:t xml:space="preserve">Référence : </w:t>
      </w:r>
      <w:r>
        <w:t>[Référence du dossier / contrat]</w:t>
      </w:r>
    </w:p>
    <w:p/>
    <w:p>
      <w:pPr>
        <w:pStyle w:val="PVHeading"/>
      </w:pPr>
      <w:r>
        <w:t>1. Identification des parties</w:t>
      </w:r>
    </w:p>
    <w:p>
      <w:r>
        <w:rPr>
          <w:b/>
        </w:rPr>
        <w:t>Donneur de clés</w:t>
        <w:br/>
      </w:r>
      <w:r>
        <w:t>Nom / Raison sociale : [________________________]</w:t>
        <w:br/>
      </w:r>
      <w:r>
        <w:t>Représenté par : [Nom, Prénom, Fonction]</w:t>
        <w:br/>
      </w:r>
      <w:r>
        <w:t>Adresse : [____________________________________]</w:t>
        <w:br/>
        <w:br/>
      </w:r>
      <w:r>
        <w:rPr>
          <w:b/>
        </w:rPr>
        <w:t>Bénéficiaire des clés</w:t>
        <w:br/>
      </w:r>
      <w:r>
        <w:t>Nom / Raison sociale : [________________________]</w:t>
        <w:br/>
      </w:r>
      <w:r>
        <w:t>Représenté par : [Nom, Prénom, Fonction]</w:t>
        <w:br/>
      </w:r>
      <w:r>
        <w:t>Adresse : [____________________________________]</w:t>
      </w:r>
    </w:p>
    <w:p/>
    <w:p>
      <w:pPr>
        <w:pStyle w:val="PVHeading"/>
      </w:pPr>
      <w:r>
        <w:t>2. Références du contrat et du bien concerné</w:t>
      </w:r>
    </w:p>
    <w:p>
      <w:r>
        <w:rPr>
          <w:b/>
        </w:rPr>
        <w:t xml:space="preserve">Contrat de référence : </w:t>
      </w:r>
      <w:r>
        <w:t>[Bail d’habitation / Bail commercial / Acte de vente / Convention de mise à disposition / Autre]</w:t>
        <w:br/>
      </w:r>
      <w:r>
        <w:rPr>
          <w:b/>
        </w:rPr>
        <w:t xml:space="preserve">Date du contrat : </w:t>
      </w:r>
      <w:r>
        <w:t>[JJ/MM/AAAA]</w:t>
        <w:br/>
        <w:br/>
      </w:r>
      <w:r>
        <w:rPr>
          <w:b/>
        </w:rPr>
        <w:t>Désignation du bien / local :</w:t>
        <w:br/>
      </w:r>
      <w:r>
        <w:t>- Adresse : [____________________________________]</w:t>
        <w:br/>
      </w:r>
      <w:r>
        <w:t>- Type : [Appartement / Maison / Local commercial / Bureaux / Local technique / Autre]</w:t>
        <w:br/>
      </w:r>
      <w:r>
        <w:t>- Référence interne (facultatif) : [N° de lot, référence cadastrale, etc.]</w:t>
      </w:r>
    </w:p>
    <w:p/>
    <w:p>
      <w:pPr>
        <w:pStyle w:val="PVHeading"/>
      </w:pPr>
      <w:r>
        <w:t>3. Objet du procès-verbal</w:t>
      </w:r>
    </w:p>
    <w:p>
      <w:r>
        <w:t>Le présent procès-verbal a pour objet de constater officiellement la remise des clés relative au bien / local désigné ci-dessus, au bénéfice de la partie intitulée « Bénéficiaire des clés ».</w:t>
        <w:br/>
        <w:br/>
      </w:r>
      <w:r>
        <w:t>La remise intervient :</w:t>
        <w:br/>
      </w:r>
      <w:r>
        <w:t>☐ À l’entrée dans les lieux</w:t>
        <w:br/>
      </w:r>
      <w:r>
        <w:t>☐ À la restitution / fin d’occupation</w:t>
        <w:br/>
      </w:r>
      <w:r>
        <w:t>☐ À la suite d’une vente immobilière</w:t>
        <w:br/>
      </w:r>
      <w:r>
        <w:t>☐ Dans le cadre d’un prêt ou d’une mise à disposition temporaire</w:t>
        <w:br/>
      </w:r>
      <w:r>
        <w:t>☐ Autre : [Préciser : __________________________]</w:t>
        <w:br/>
        <w:br/>
      </w:r>
      <w:r>
        <w:t>Date et heure de remise des clés : [JJ/MM/AAAA – HH:MM]</w:t>
      </w:r>
    </w:p>
    <w:p/>
    <w:p>
      <w:pPr>
        <w:pStyle w:val="PVHeading"/>
      </w:pPr>
      <w:r>
        <w:t>4. Liste détaillée des clés, badges et moyens d’accès</w:t>
      </w:r>
    </w:p>
    <w:p>
      <w:r>
        <w:t>La liste ci-dessous récapitule l’ensemble des clés, badges et moyens d’accès remis ce jour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N°</w:t>
            </w:r>
          </w:p>
        </w:tc>
        <w:tc>
          <w:tcPr>
            <w:tcW w:type="dxa" w:w="1728"/>
          </w:tcPr>
          <w:p>
            <w:r>
              <w:t>Type d’accès</w:t>
            </w:r>
          </w:p>
        </w:tc>
        <w:tc>
          <w:tcPr>
            <w:tcW w:type="dxa" w:w="1728"/>
          </w:tcPr>
          <w:p>
            <w:r>
              <w:t>Porte / Zone concernée</w:t>
            </w:r>
          </w:p>
        </w:tc>
        <w:tc>
          <w:tcPr>
            <w:tcW w:type="dxa" w:w="1728"/>
          </w:tcPr>
          <w:p>
            <w:r>
              <w:t>Quantité remise</w:t>
            </w:r>
          </w:p>
        </w:tc>
        <w:tc>
          <w:tcPr>
            <w:tcW w:type="dxa" w:w="1728"/>
          </w:tcPr>
          <w:p>
            <w:r>
              <w:t>Observations</w:t>
            </w:r>
          </w:p>
        </w:tc>
      </w:tr>
      <w:tr>
        <w:tc>
          <w:tcPr>
            <w:tcW w:type="dxa" w:w="1728"/>
          </w:tcPr>
          <w:p>
            <w:r>
              <w:t>1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2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3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4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5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r>
        <w:t>Total des clés / moyens d’accès remis : [______]</w:t>
        <w:br/>
        <w:br/>
      </w:r>
      <w:r>
        <w:t>Le Bénéficiaire des clés reconnaît avoir reçu l’intégralité des clés, badges et moyens d’accès listés ci-dessus, en bon état de fonctionnement apparent au jour de la remise.</w:t>
      </w:r>
    </w:p>
    <w:p/>
    <w:p>
      <w:pPr>
        <w:pStyle w:val="PVHeading"/>
      </w:pPr>
      <w:r>
        <w:t>5. Engagements et responsabilités</w:t>
      </w:r>
    </w:p>
    <w:p>
      <w:r>
        <w:t>Le Bénéficiaire des clés s’engage à :</w:t>
        <w:br/>
      </w:r>
      <w:r>
        <w:t>- conserver les clés et moyens d’accès avec soin ;</w:t>
        <w:br/>
      </w:r>
      <w:r>
        <w:t>- ne pas les reproduire, les prêter ou les transmettre à des tiers sans autorisation du Donneur de clés, sauf stipulation contraire du contrat de référence ;</w:t>
        <w:br/>
      </w:r>
      <w:r>
        <w:t>- informer sans délai le Donneur de clés en cas de perte, de vol ou de suspicion d’usage frauduleux ;</w:t>
        <w:br/>
      </w:r>
      <w:r>
        <w:t>- restituer l’ensemble des clés et moyens d’accès au terme du contrat ou de la mise à disposition, ou sur simple demande du Donneur de clés si les conditions contractuelles le prévoient.</w:t>
        <w:br/>
        <w:br/>
      </w:r>
      <w:r>
        <w:t>Le Donneur de clés se réserve la possibilité de procéder, en cas de perte ou de non-restitution, au remplacement des cylindres et dispositifs d’accès, dans les conditions prévues par le contrat ou, à défaut, selon les règles de droit commun.</w:t>
      </w:r>
    </w:p>
    <w:p/>
    <w:p>
      <w:pPr>
        <w:pStyle w:val="PVHeading"/>
      </w:pPr>
      <w:r>
        <w:t>6. Observations éventuelles</w:t>
      </w:r>
    </w:p>
    <w:p>
      <w:r>
        <w:t>[Zone libre pour remarques particulières :</w:t>
        <w:br/>
      </w:r>
      <w:r>
        <w:t>– Accès restreints à certaines zones</w:t>
        <w:br/>
      </w:r>
      <w:r>
        <w:t>– Clés manquantes ou différées</w:t>
        <w:br/>
      </w:r>
      <w:r>
        <w:t>– Réserves liées à l’état des serrures / dispositifs d’accès</w:t>
        <w:br/>
      </w:r>
      <w:r>
        <w:t>– Mention d’un état des lieux joint, etc.]</w:t>
        <w:br/>
        <w:br/>
      </w:r>
      <w:r>
        <w:t>____________________________________________________________________</w:t>
        <w:br/>
      </w:r>
      <w:r>
        <w:t>____________________________________________________________________</w:t>
        <w:br/>
      </w:r>
      <w:r>
        <w:t>____________________________________________________________________</w:t>
      </w:r>
    </w:p>
    <w:p/>
    <w:p>
      <w:pPr>
        <w:pStyle w:val="PVHeading"/>
      </w:pPr>
      <w:r>
        <w:t>7. Établissement des exemplaires</w:t>
      </w:r>
    </w:p>
    <w:p>
      <w:r>
        <w:t>Le présent procès-verbal est établi en [__] exemplaires originaux. Chaque partie reconnaît avoir reçu un exemplaire et en conserver une copie.</w:t>
      </w:r>
    </w:p>
    <w:p/>
    <w:p>
      <w:pPr>
        <w:pStyle w:val="PVHeading"/>
      </w:pPr>
      <w:r>
        <w:t>8. Signatures</w:t>
      </w:r>
    </w:p>
    <w:p>
      <w:r>
        <w:rPr>
          <w:b/>
        </w:rPr>
        <w:t>Pour le Donneur de clés</w:t>
        <w:br/>
      </w:r>
      <w:r>
        <w:t>Nom / Prénom : [________________________]</w:t>
        <w:br/>
      </w:r>
      <w:r>
        <w:t>Qualité / Fonction : [___________________]</w:t>
        <w:br/>
        <w:br/>
      </w:r>
      <w:r>
        <w:t>Signature précédée de la mention « Lu et approuvé » :</w:t>
        <w:br/>
        <w:br/>
        <w:br/>
      </w:r>
      <w:r>
        <w:t>[Signature]</w:t>
        <w:br/>
        <w:br/>
      </w:r>
      <w:r>
        <w:rPr>
          <w:b/>
        </w:rPr>
        <w:t>Pour le Bénéficiaire des clés</w:t>
        <w:br/>
      </w:r>
      <w:r>
        <w:t>Nom / Prénom : [________________________]</w:t>
        <w:br/>
      </w:r>
      <w:r>
        <w:t>Qualité / Fonction : [___________________]</w:t>
        <w:br/>
        <w:br/>
      </w:r>
      <w:r>
        <w:t>Signature précédée de la mention « Lu et approuvé » :</w:t>
        <w:br/>
        <w:br/>
        <w:br/>
      </w:r>
      <w:r>
        <w:t>[Signature]</w:t>
      </w:r>
    </w:p>
    <w:sectPr w:rsidR="00FC693F" w:rsidRPr="0006063C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B4B4B4"/>
        <w:sz w:val="20"/>
      </w:rPr>
      <w:t>DOCUMENT JURIDIQUE - PV REMISE DES CLÉS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VTitle">
    <w:name w:val="PV Title"/>
    <w:rPr>
      <w:rFonts w:ascii="Calibri" w:hAnsi="Calibri"/>
      <w:b/>
      <w:color w:val="000050"/>
      <w:sz w:val="36"/>
    </w:rPr>
  </w:style>
  <w:style w:type="paragraph" w:customStyle="1" w:styleId="PVHeading">
    <w:name w:val="PV Heading"/>
    <w:rPr>
      <w:rFonts w:ascii="Calibri" w:hAnsi="Calibri"/>
      <w:b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