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fixed"/>
        <w:tblLook w:firstColumn="1" w:firstRow="1" w:lastColumn="0" w:lastRow="0" w:noHBand="0" w:noVBand="1" w:val="04A0"/>
      </w:tblPr>
      <w:tblGrid>
        <w:gridCol w:w="10086"/>
      </w:tblGrid>
      <w:tr>
        <w:tc>
          <w:tcPr>
            <w:tcW w:type="dxa" w:w="9524"/>
            <w:shd w:fill="7A2E8C"/>
            <w:tcMar>
              <w:top w:w="180" w:type="dxa"/>
              <w:start w:w="120" w:type="dxa"/>
              <w:bottom w:w="180" w:type="dxa"/>
              <w:end w:w="120" w:type="dxa"/>
            </w:tcMar>
            <w:vAlign w:val="center"/>
          </w:tcPr>
          <w:p>
            <w:pPr>
              <w:jc w:val="center"/>
            </w:pPr>
            <w:r>
              <w:rPr>
                <w:rFonts w:ascii="Arial" w:hAnsi="Arial" w:eastAsia="Arial"/>
                <w:b/>
                <w:color w:val="FFFFFF"/>
                <w:sz w:val="36"/>
              </w:rPr>
              <w:t>Lettre de Motivation Aide-soignant(e) en EHPAD</w:t>
            </w:r>
          </w:p>
        </w:tc>
      </w:tr>
    </w:tbl>
    <w:p/>
    <w:tbl>
      <w:tblPr>
        <w:tblW w:type="auto" w:w="0"/>
        <w:jc w:val="center"/>
        <w:tblLayout w:type="fixed"/>
        <w:tblLook w:firstColumn="1" w:firstRow="1" w:lastColumn="0" w:lastRow="0" w:noHBand="0" w:noVBand="1" w:val="04A0"/>
      </w:tblPr>
      <w:tblGrid>
        <w:gridCol w:w="5043"/>
        <w:gridCol w:w="5043"/>
      </w:tblGrid>
      <w:tr>
        <w:tc>
          <w:tcPr>
            <w:tcW w:type="dxa" w:w="4649"/>
            <w:tcMar>
              <w:top w:w="70" w:type="dxa"/>
              <w:start w:w="70" w:type="dxa"/>
              <w:bottom w:w="70" w:type="dxa"/>
              <w:end w:w="70" w:type="dxa"/>
            </w:tcMar>
            <w:vAlign w:val="top"/>
          </w:tcPr>
          <w:p>
            <w:pPr>
              <w:jc w:val="left"/>
            </w:pPr>
            <w:r>
              <w:rPr>
                <w:b/>
                <w:color w:val="3C3C3C"/>
                <w:sz w:val="23"/>
              </w:rPr>
              <w:t>Votre Nom Prénom</w:t>
              <w:br/>
            </w:r>
            <w:r>
              <w:rPr>
                <w:sz w:val="22"/>
              </w:rPr>
              <w:t>Votre adresse</w:t>
              <w:br/>
            </w:r>
            <w:r>
              <w:rPr>
                <w:sz w:val="22"/>
              </w:rPr>
              <w:t>Votre téléphone</w:t>
              <w:br/>
            </w:r>
            <w:r>
              <w:rPr>
                <w:sz w:val="22"/>
              </w:rPr>
              <w:t>Votre e-mail</w:t>
            </w:r>
          </w:p>
        </w:tc>
        <w:tc>
          <w:tcPr>
            <w:tcW w:type="dxa" w:w="4876"/>
            <w:tcMar>
              <w:top w:w="70" w:type="dxa"/>
              <w:start w:w="70" w:type="dxa"/>
              <w:bottom w:w="70" w:type="dxa"/>
              <w:end w:w="70" w:type="dxa"/>
            </w:tcMar>
            <w:vAlign w:val="top"/>
          </w:tcPr>
          <w:p>
            <w:pPr>
              <w:jc w:val="right"/>
            </w:pPr>
            <w:r>
              <w:rPr>
                <w:color w:val="3C3C3C"/>
                <w:sz w:val="22"/>
              </w:rPr>
              <w:t>Nom de l’établissement</w:t>
              <w:br/>
            </w:r>
            <w:r>
              <w:rPr>
                <w:color w:val="3C3C3C"/>
                <w:sz w:val="22"/>
              </w:rPr>
              <w:t>Nom du responsable du recrutement</w:t>
              <w:br/>
            </w:r>
            <w:r>
              <w:rPr>
                <w:color w:val="3C3C3C"/>
                <w:sz w:val="22"/>
              </w:rPr>
              <w:t>Adresse postale</w:t>
              <w:br/>
              <w:br/>
            </w:r>
            <w:r>
              <w:rPr>
                <w:color w:val="3C3C3C"/>
                <w:sz w:val="22"/>
              </w:rPr>
              <w:t>[Lieu], le [Date]</w:t>
            </w:r>
          </w:p>
        </w:tc>
      </w:tr>
    </w:tbl>
    <w:p/>
    <w:tbl>
      <w:tblPr>
        <w:tblW w:type="auto" w:w="0"/>
        <w:jc w:val="center"/>
        <w:tblLayout w:type="fixed"/>
        <w:tblLook w:firstColumn="1" w:firstRow="1" w:lastColumn="0" w:lastRow="0" w:noHBand="0" w:noVBand="1" w:val="04A0"/>
      </w:tblPr>
      <w:tblGrid>
        <w:gridCol w:w="10086"/>
      </w:tblGrid>
      <w:tr>
        <w:tc>
          <w:tcPr>
            <w:tcW w:type="dxa" w:w="9524"/>
            <w:shd w:fill="F3EAF6"/>
            <w:tcMar>
              <w:top w:w="90" w:type="dxa"/>
              <w:start w:w="130" w:type="dxa"/>
              <w:bottom w:w="90" w:type="dxa"/>
              <w:end w:w="130" w:type="dxa"/>
            </w:tcMar>
          </w:tcPr>
          <w:p>
            <w:pPr>
              <w:jc w:val="left"/>
            </w:pPr>
            <w:r>
              <w:rPr>
                <w:b/>
                <w:color w:val="7A2E8C"/>
                <w:sz w:val="23"/>
              </w:rPr>
              <w:t>Objet : Candidature au poste d’aide-soignant(e) en EHPAD</w:t>
            </w:r>
          </w:p>
        </w:tc>
      </w:tr>
    </w:tbl>
    <w:p/>
    <w:p>
      <w:pPr>
        <w:spacing w:after="160" w:line="283" w:lineRule="auto"/>
        <w:jc w:val="both"/>
      </w:pPr>
      <w:r>
        <w:rPr>
          <w:sz w:val="22"/>
        </w:rPr>
        <w:t>Madame, Monsieur,</w:t>
      </w:r>
    </w:p>
    <w:p>
      <w:pPr>
        <w:spacing w:after="160" w:line="283" w:lineRule="auto"/>
        <w:jc w:val="both"/>
      </w:pPr>
      <w:r>
        <w:rPr>
          <w:sz w:val="22"/>
        </w:rPr>
        <w:t>Profondément attaché(e) à l’accompagnement des personnes âgées, je souhaite vous présenter ma candidature au poste d’aide-soignant(e) au sein de votre EHPAD. Exercer dans un environnement où l’attention portée à la dignité, au confort et à l’écoute occupe une place centrale correspond pleinement à ma conception du métier.</w:t>
      </w:r>
    </w:p>
    <w:p>
      <w:pPr>
        <w:spacing w:after="160" w:line="283" w:lineRule="auto"/>
        <w:jc w:val="both"/>
      </w:pPr>
      <w:r>
        <w:rPr>
          <w:sz w:val="22"/>
        </w:rPr>
        <w:t>Titulaire du diplôme d’État d’aide-soignant(e), j’ai appris à assurer avec sérieux les soins d’hygiène et de confort, l’aide aux gestes de la vie quotidienne, la surveillance de l’état général des résidents ainsi que la transmission rigoureuse des informations à l’équipe soignante. Cette pratique m’a permis de développer une approche à la fois attentive, méthodique et humaine.</w:t>
      </w:r>
    </w:p>
    <w:p>
      <w:pPr>
        <w:spacing w:after="160" w:line="283" w:lineRule="auto"/>
        <w:jc w:val="both"/>
      </w:pPr>
      <w:r>
        <w:rPr>
          <w:sz w:val="22"/>
        </w:rPr>
        <w:t>Au contact des personnes fragilisées, j’accorde une importance particulière à la qualité de la relation, à la patience et au respect du rythme de chacun. J’attache également beaucoup de valeur au travail collectif, convaincu(e) qu’une prise en charge sereine repose sur une coordination constante entre les professionnels de santé, les résidents et leurs familles.</w:t>
      </w:r>
    </w:p>
    <w:p>
      <w:pPr>
        <w:spacing w:after="160" w:line="283" w:lineRule="auto"/>
        <w:jc w:val="both"/>
      </w:pPr>
      <w:r>
        <w:rPr>
          <w:sz w:val="22"/>
        </w:rPr>
        <w:t>Rejoindre votre établissement représenterait pour moi l’occasion de mettre mes compétences au service d’une structure engagée, tout en poursuivant mon investissement auprès des personnes âgées avec sérieux, bienveillance et sens des responsabilités.</w:t>
      </w:r>
    </w:p>
    <w:p>
      <w:pPr>
        <w:spacing w:after="160" w:line="283" w:lineRule="auto"/>
        <w:jc w:val="both"/>
      </w:pPr>
      <w:r>
        <w:rPr>
          <w:sz w:val="22"/>
        </w:rPr>
        <w:t>Je me tiens à votre disposition pour un entretien au cours duquel je pourrai vous exposer plus précisément ma motivation et l’intérêt que je porte à votre établissement.</w:t>
      </w:r>
    </w:p>
    <w:p>
      <w:pPr>
        <w:spacing w:after="160" w:line="283" w:lineRule="auto"/>
        <w:jc w:val="both"/>
      </w:pPr>
      <w:r>
        <w:rPr>
          <w:sz w:val="22"/>
        </w:rPr>
        <w:t>Je vous prie d’agréer, Madame, Monsieur, l’expression de mes salutations distinguées.</w:t>
      </w:r>
    </w:p>
    <w:p/>
    <w:p>
      <w:pPr>
        <w:jc w:val="right"/>
      </w:pPr>
      <w:r>
        <w:rPr>
          <w:b/>
          <w:color w:val="3C3C3C"/>
          <w:sz w:val="23"/>
        </w:rPr>
        <w:t>Votre Nom Prénom</w:t>
      </w:r>
    </w:p>
    <w:sectPr w:rsidR="00FC693F" w:rsidRPr="0006063C" w:rsidSect="00034616">
      <w:pgSz w:w="12240" w:h="15840"/>
      <w:pgMar w:top="907" w:right="1077" w:bottom="1020" w:left="107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eastAsia="Arial"/>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