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58"/>
      </w:tblGrid>
      <w:tr>
        <w:tc>
          <w:tcPr>
            <w:tcW w:type="dxa" w:w="9858"/>
            <w:vAlign w:val="center"/>
            <w:shd w:val="clear" w:color="auto" w:fill="0B57D0"/>
          </w:tcPr>
          <w:p>
            <w:pPr>
              <w:jc w:val="left"/>
            </w:pPr>
            <w:r/>
            <w:r>
              <w:rPr>
                <w:b/>
                <w:color w:val="FFFFFF"/>
                <w:sz w:val="28"/>
              </w:rPr>
              <w:t xml:space="preserve">  Rapport moral d’association loi 1901</w:t>
            </w:r>
          </w:p>
        </w:tc>
      </w:tr>
      <w:tr>
        <w:tc>
          <w:tcPr>
            <w:tcW w:type="dxa" w:w="9858"/>
            <w:shd w:val="clear" w:color="auto" w:fill="F3F6FF"/>
          </w:tcPr>
          <w:p>
            <w:pPr>
              <w:jc w:val="left"/>
            </w:pPr>
            <w:r/>
            <w:r>
              <w:rPr>
                <w:b/>
                <w:color w:val="0B57D0"/>
                <w:sz w:val="22"/>
              </w:rPr>
              <w:t xml:space="preserve">  Modèle Word à télécharger et à remplir</w:t>
            </w:r>
          </w:p>
        </w:tc>
      </w:tr>
    </w:tbl>
    <w:p/>
    <w:p>
      <w:pPr>
        <w:pStyle w:val="LCGTitle"/>
        <w:jc w:val="left"/>
      </w:pPr>
      <w:r>
        <w:t>Rapport moral d’association</w:t>
      </w:r>
    </w:p>
    <w:p>
      <w:pPr>
        <w:pStyle w:val="LCGSubtitle"/>
      </w:pPr>
      <w:r>
        <w:t>Trame officielle pour assemblée générale, bilan annuel et perspectives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29"/>
        <w:gridCol w:w="4929"/>
      </w:tblGrid>
      <w:tr>
        <w:tc>
          <w:tcPr>
            <w:tcW w:type="dxa" w:w="4929"/>
            <w:vAlign w:val="center"/>
            <w:shd w:val="clear" w:color="auto" w:fill="FFFF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</w:tcPr>
          <w:p>
            <w:r/>
            <w:r>
              <w:rPr>
                <w:b/>
                <w:color w:val="111827"/>
              </w:rPr>
              <w:t xml:space="preserve">Association : </w:t>
            </w:r>
            <w:r>
              <w:rPr>
                <w:color w:val="374151"/>
              </w:rPr>
              <w:t>[Nom de l’association]</w:t>
            </w:r>
          </w:p>
        </w:tc>
        <w:tc>
          <w:tcPr>
            <w:tcW w:type="dxa" w:w="4929"/>
            <w:vAlign w:val="center"/>
            <w:shd w:val="clear" w:color="auto" w:fill="FFFF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</w:tcPr>
          <w:p>
            <w:r/>
            <w:r>
              <w:rPr>
                <w:b/>
                <w:color w:val="111827"/>
              </w:rPr>
              <w:t xml:space="preserve">SIREN / RNA : </w:t>
            </w:r>
            <w:r>
              <w:rPr>
                <w:color w:val="374151"/>
              </w:rPr>
              <w:t>[Numéro RNA]    [SIREN si applicable]</w:t>
            </w:r>
          </w:p>
        </w:tc>
      </w:tr>
      <w:tr>
        <w:tc>
          <w:tcPr>
            <w:tcW w:type="dxa" w:w="4929"/>
            <w:vAlign w:val="center"/>
            <w:shd w:val="clear" w:color="auto" w:fill="FFFF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</w:tcPr>
          <w:p>
            <w:r/>
            <w:r>
              <w:rPr>
                <w:b/>
                <w:color w:val="111827"/>
              </w:rPr>
              <w:t xml:space="preserve">Adresse : </w:t>
            </w:r>
            <w:r>
              <w:rPr>
                <w:color w:val="374151"/>
              </w:rPr>
              <w:t>[Adresse complète]</w:t>
            </w:r>
          </w:p>
        </w:tc>
        <w:tc>
          <w:tcPr>
            <w:tcW w:type="dxa" w:w="4929"/>
            <w:vAlign w:val="center"/>
            <w:shd w:val="clear" w:color="auto" w:fill="FFFF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</w:tcPr>
          <w:p>
            <w:r/>
            <w:r>
              <w:rPr>
                <w:b/>
                <w:color w:val="111827"/>
              </w:rPr>
              <w:t xml:space="preserve">Date de l’AG : </w:t>
            </w:r>
            <w:r>
              <w:rPr>
                <w:color w:val="374151"/>
              </w:rPr>
              <w:t>[JJ/MM/AAAA]</w:t>
            </w:r>
          </w:p>
        </w:tc>
      </w:tr>
      <w:tr>
        <w:tc>
          <w:tcPr>
            <w:tcW w:type="dxa" w:w="4929"/>
            <w:vAlign w:val="center"/>
            <w:shd w:val="clear" w:color="auto" w:fill="FFFF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</w:tcPr>
          <w:p>
            <w:r/>
            <w:r>
              <w:rPr>
                <w:b/>
                <w:color w:val="111827"/>
              </w:rPr>
              <w:t xml:space="preserve">Exercice couvert : </w:t>
            </w:r>
            <w:r>
              <w:rPr>
                <w:color w:val="374151"/>
              </w:rPr>
              <w:t>Du [JJ/MM/AAAA] au [JJ/MM/AAAA]</w:t>
            </w:r>
          </w:p>
        </w:tc>
        <w:tc>
          <w:tcPr>
            <w:tcW w:type="dxa" w:w="4929"/>
            <w:vAlign w:val="center"/>
            <w:shd w:val="clear" w:color="auto" w:fill="FFFF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</w:tcPr>
          <w:p>
            <w:r/>
            <w:r>
              <w:rPr>
                <w:b/>
                <w:color w:val="111827"/>
              </w:rPr>
              <w:t xml:space="preserve">Président : </w:t>
            </w:r>
            <w:r>
              <w:rPr>
                <w:color w:val="374151"/>
              </w:rPr>
              <w:t>[Nom et prénom]</w:t>
            </w:r>
          </w:p>
        </w:tc>
      </w:tr>
    </w:tbl>
    <w:p/>
    <w:p>
      <w:r>
        <w:rPr>
          <w:color w:val="5A5A5A"/>
          <w:sz w:val="20"/>
        </w:rPr>
        <w:t>Conseil : remplacez les champs entre crochets, puis adaptez les exemples à votre association.</w:t>
      </w:r>
    </w:p>
    <w:p>
      <w:r>
        <w:br w:type="page"/>
      </w:r>
    </w:p>
    <w:p>
      <w:pPr>
        <w:pStyle w:val="Heading1"/>
      </w:pPr>
      <w:r>
        <w:t>Mode d’emploi</w:t>
      </w:r>
    </w:p>
    <w:p>
      <w:r>
        <w:rPr>
          <w:b/>
        </w:rPr>
        <w:t xml:space="preserve">Objectif. </w:t>
      </w:r>
      <w:r>
        <w:t>Ce modèle vous aide à présenter un bilan clair des activités, de la vie associative et des perspectives, conforme aux pratiques courantes des associations loi 1901.</w:t>
      </w:r>
    </w:p>
    <w:p/>
    <w:p>
      <w:pPr>
        <w:pStyle w:val="ListBullet"/>
      </w:pPr>
      <w:r>
        <w:t>Renseignez les informations générales (association, période, date d’AG).</w:t>
      </w:r>
    </w:p>
    <w:p>
      <w:pPr>
        <w:pStyle w:val="ListBullet"/>
      </w:pPr>
      <w:r>
        <w:t>Complétez le message d’ouverture du président et la mission de l’association.</w:t>
      </w:r>
    </w:p>
    <w:p>
      <w:pPr>
        <w:pStyle w:val="ListBullet"/>
      </w:pPr>
      <w:r>
        <w:t>Décrivez les actions menées (faits marquants, chiffres, impacts).</w:t>
      </w:r>
    </w:p>
    <w:p>
      <w:pPr>
        <w:pStyle w:val="ListBullet"/>
      </w:pPr>
      <w:r>
        <w:t>Ajoutez les points de gouvernance (bureau, réunions, décisions, adhésions).</w:t>
      </w:r>
    </w:p>
    <w:p>
      <w:pPr>
        <w:pStyle w:val="ListBullet"/>
      </w:pPr>
      <w:r>
        <w:t>Présentez les difficultés rencontrées et les améliorations mises en place.</w:t>
      </w:r>
    </w:p>
    <w:p>
      <w:pPr>
        <w:pStyle w:val="ListBullet"/>
      </w:pPr>
      <w:r>
        <w:t>Formulez 3 à 6 priorités pour l’année suivante (réalistes et mesurables).</w:t>
      </w:r>
    </w:p>
    <w:p>
      <w:pPr>
        <w:pStyle w:val="ListBullet"/>
      </w:pPr>
      <w:r>
        <w:t>Faites relire par le bureau, puis imprimez ou exportez en PDF pour diffusion.</w:t>
      </w:r>
    </w:p>
    <w:p/>
    <w:p>
      <w:pPr>
        <w:pStyle w:val="Heading2"/>
      </w:pPr>
      <w:r>
        <w:t>Pièces utiles à joindre en annexe (optionnel)</w:t>
      </w:r>
    </w:p>
    <w:p>
      <w:pPr>
        <w:pStyle w:val="ListBullet"/>
      </w:pPr>
      <w:r>
        <w:t>Calendrier des actions et événements (avec dates)</w:t>
      </w:r>
    </w:p>
    <w:p>
      <w:pPr>
        <w:pStyle w:val="ListBullet"/>
      </w:pPr>
      <w:r>
        <w:t>Liste des partenaires et soutiens</w:t>
      </w:r>
    </w:p>
    <w:p>
      <w:pPr>
        <w:pStyle w:val="ListBullet"/>
      </w:pPr>
      <w:r>
        <w:t>Tableau récapitulatif des indicateurs (adhérents, bénévoles, bénéficiaires, etc.)</w:t>
      </w:r>
    </w:p>
    <w:p>
      <w:pPr>
        <w:pStyle w:val="ListBullet"/>
      </w:pPr>
      <w:r>
        <w:t>Bilan financier et rapport du trésorier (document séparé)</w:t>
      </w:r>
    </w:p>
    <w:p>
      <w:r>
        <w:br w:type="page"/>
      </w:r>
    </w:p>
    <w:p>
      <w:pPr>
        <w:pStyle w:val="Heading1"/>
      </w:pPr>
      <w:r>
        <w:t>1. Présentation de l’association</w:t>
      </w:r>
    </w:p>
    <w:p>
      <w:pPr>
        <w:pStyle w:val="Heading2"/>
      </w:pPr>
      <w:r>
        <w:t>Mission et objet social</w:t>
      </w:r>
    </w:p>
    <w:p>
      <w:r>
        <w:t>Décrivez en 3 à 6 lignes l’objet de l’association, son public et ses principales activités.</w:t>
      </w:r>
    </w:p>
    <w:p>
      <w:pPr>
        <w:pStyle w:val="Heading2"/>
      </w:pPr>
      <w:r>
        <w:t>Rappel du cadre loi 1901</w:t>
      </w:r>
    </w:p>
    <w:p>
      <w:r>
        <w:t>Mentionnez le cadre de fonctionnement : assemblée générale, bureau ou conseil d’administration, adhésions, bénévolat. Indiquez les points spécifiques de vos statuts si nécessaire.</w:t>
      </w:r>
    </w:p>
    <w:p>
      <w:pPr>
        <w:pStyle w:val="Heading2"/>
      </w:pPr>
      <w:r>
        <w:t>Périmètre du rapport</w:t>
      </w:r>
    </w:p>
    <w:p>
      <w:r>
        <w:t>Ce rapport couvre la période : du [JJ/MM/AAAA] au [JJ/MM/AAAA].</w:t>
      </w:r>
    </w:p>
    <w:p>
      <w:pPr>
        <w:pStyle w:val="Heading1"/>
      </w:pPr>
      <w:r>
        <w:t>2. Message du président</w:t>
      </w:r>
    </w:p>
    <w:p>
      <w:r>
        <w:t>Texte d’ouverture (1/2 page maximum) : remercier, rappeler la dynamique, donner le sens de l’année et l’esprit de l’association.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858"/>
      </w:tblGrid>
      <w:tr>
        <w:tc>
          <w:tcPr>
            <w:tcW w:type="dxa" w:w="9858"/>
            <w:shd w:val="clear" w:color="auto" w:fill="F8FAFC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/>
            <w:r>
              <w:rPr>
                <w:b/>
                <w:color w:val="0B57D0"/>
              </w:rPr>
              <w:t xml:space="preserve">Exemple prêt à adapter : </w:t>
            </w:r>
            <w:r>
              <w:t>Cette année, notre association a consolidé ses actions autour de [axe 1], tout en lançant [projet 2]. Grâce à l’engagement de nos bénévoles et au soutien de nos partenaires, nous avons pu toucher [nombre] personnes et renforcer notre présence sur [territoire]. Les défis rencontrés (organisation, ressources, communication) ont été transformés en améliorations concrètes. Nous abordons la prochaine année avec une ambition claire : [priorité 1], [priorité 2], [priorité 3].</w:t>
            </w:r>
          </w:p>
        </w:tc>
      </w:tr>
    </w:tbl>
    <w:p/>
    <w:p>
      <w:pPr>
        <w:pStyle w:val="Heading1"/>
      </w:pPr>
      <w:r>
        <w:t>3. Bilan des activités et actions menées</w:t>
      </w:r>
    </w:p>
    <w:p>
      <w:pPr>
        <w:pStyle w:val="Heading2"/>
      </w:pPr>
      <w:r>
        <w:t>Faits marquants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72"/>
        <w:gridCol w:w="1972"/>
        <w:gridCol w:w="1972"/>
        <w:gridCol w:w="1972"/>
        <w:gridCol w:w="1972"/>
      </w:tblGrid>
      <w:tr>
        <w:tc>
          <w:tcPr>
            <w:tcW w:type="dxa" w:w="1972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Action / Projet</w:t>
            </w:r>
          </w:p>
        </w:tc>
        <w:tc>
          <w:tcPr>
            <w:tcW w:type="dxa" w:w="1972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1972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Public</w:t>
            </w:r>
          </w:p>
        </w:tc>
        <w:tc>
          <w:tcPr>
            <w:tcW w:type="dxa" w:w="1972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Résultats</w:t>
            </w:r>
          </w:p>
        </w:tc>
        <w:tc>
          <w:tcPr>
            <w:tcW w:type="dxa" w:w="1972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Impact</w:t>
            </w:r>
          </w:p>
        </w:tc>
      </w:tr>
      <w:tr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 de l’action]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[Mois - Année]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[Public ciblé]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[Chiffres / livrables]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[Bénéfices constatés]</w:t>
            </w:r>
          </w:p>
        </w:tc>
      </w:tr>
      <w:tr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 de l’action]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[Mois - Année]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[Public ciblé]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[Chiffres / livrables]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[Bénéfices constatés]</w:t>
            </w:r>
          </w:p>
        </w:tc>
      </w:tr>
      <w:tr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 de l’action]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[Mois - Année]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[Public ciblé]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[Chiffres / livrables]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[Bénéfices constatés]</w:t>
            </w:r>
          </w:p>
        </w:tc>
      </w:tr>
      <w:tr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 de l’action]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[Mois - Année]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[Public ciblé]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[Chiffres / livrables]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[Bénéfices constatés]</w:t>
            </w:r>
          </w:p>
        </w:tc>
      </w:tr>
      <w:tr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 de l’action]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[Mois - Année]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[Public ciblé]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[Chiffres / livrables]</w:t>
            </w:r>
          </w:p>
        </w:tc>
        <w:tc>
          <w:tcPr>
            <w:tcW w:type="dxa" w:w="1972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[Bénéfices constatés]</w:t>
            </w:r>
          </w:p>
        </w:tc>
      </w:tr>
    </w:tbl>
    <w:p/>
    <w:p>
      <w:pPr>
        <w:pStyle w:val="Heading2"/>
      </w:pPr>
      <w:r>
        <w:t>Chiffres clés</w:t>
      </w:r>
    </w:p>
    <w:p>
      <w:pPr>
        <w:pStyle w:val="ListBullet"/>
      </w:pPr>
      <w:r>
        <w:t>Adhérents : [nombre] (variation : [+/-] [nombre] par rapport à l’an dernier)</w:t>
      </w:r>
    </w:p>
    <w:p>
      <w:pPr>
        <w:pStyle w:val="ListBullet"/>
      </w:pPr>
      <w:r>
        <w:t>Bénévoles actifs : [nombre]    Heures estimées : [nombre] h</w:t>
      </w:r>
    </w:p>
    <w:p>
      <w:pPr>
        <w:pStyle w:val="ListBullet"/>
      </w:pPr>
      <w:r>
        <w:t>Événements organisés : [nombre]    Ateliers / actions : [nombre]</w:t>
      </w:r>
    </w:p>
    <w:p>
      <w:pPr>
        <w:pStyle w:val="ListBullet"/>
      </w:pPr>
      <w:r>
        <w:t>Bénéficiaires / participants : [nombre]</w:t>
      </w:r>
    </w:p>
    <w:p>
      <w:pPr>
        <w:pStyle w:val="ListBullet"/>
      </w:pPr>
      <w:r>
        <w:t>Communication : [site / réseaux]    Audience : [indicateur]</w:t>
      </w:r>
    </w:p>
    <w:p/>
    <w:p>
      <w:pPr>
        <w:pStyle w:val="Heading1"/>
      </w:pPr>
      <w:r>
        <w:t>4. Vie associative et gouvernance</w:t>
      </w:r>
    </w:p>
    <w:p>
      <w:pPr>
        <w:pStyle w:val="Heading2"/>
      </w:pPr>
      <w:r>
        <w:t>Fonctionnement</w:t>
      </w:r>
    </w:p>
    <w:p>
      <w:r>
        <w:t>Décrivez les réunions (AG, CA, bureau), les décisions principales et le suivi des statuts et du règlement intérieur.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29"/>
        <w:gridCol w:w="4929"/>
      </w:tblGrid>
      <w:tr>
        <w:tc>
          <w:tcPr>
            <w:tcW w:type="dxa" w:w="4929"/>
            <w:shd w:val="clear" w:color="auto" w:fill="F3F6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  <w:color w:val="0B57D0"/>
              </w:rPr>
              <w:t>Réunions du bureau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[Nombre] réunions - points décidés : [résumé]</w:t>
            </w:r>
          </w:p>
        </w:tc>
      </w:tr>
      <w:tr>
        <w:tc>
          <w:tcPr>
            <w:tcW w:type="dxa" w:w="4929"/>
            <w:shd w:val="clear" w:color="auto" w:fill="F3F6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  <w:color w:val="0B57D0"/>
              </w:rPr>
              <w:t>Conseil d’administration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[Nombre] réunions - décisions : [résumé]</w:t>
            </w:r>
          </w:p>
        </w:tc>
      </w:tr>
      <w:tr>
        <w:tc>
          <w:tcPr>
            <w:tcW w:type="dxa" w:w="4929"/>
            <w:shd w:val="clear" w:color="auto" w:fill="F3F6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  <w:color w:val="0B57D0"/>
              </w:rPr>
              <w:t>Adhésions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Nouveaux : [nombre]    Renouvellements : [nombre]    Total : [nombre]</w:t>
            </w:r>
          </w:p>
        </w:tc>
      </w:tr>
      <w:tr>
        <w:tc>
          <w:tcPr>
            <w:tcW w:type="dxa" w:w="4929"/>
            <w:shd w:val="clear" w:color="auto" w:fill="F3F6FF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  <w:color w:val="0B57D0"/>
              </w:rPr>
              <w:t>Transparence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Documents disponibles : statuts, PV, comptes, rapports (selon votre organisation).</w:t>
            </w:r>
          </w:p>
        </w:tc>
      </w:tr>
    </w:tbl>
    <w:p/>
    <w:p>
      <w:pPr>
        <w:pStyle w:val="Heading1"/>
      </w:pPr>
      <w:r>
        <w:t>5. Bénévoles, équipe et organisation</w:t>
      </w:r>
    </w:p>
    <w:p>
      <w:pPr>
        <w:pStyle w:val="Heading2"/>
      </w:pPr>
      <w:r>
        <w:t>Ressources humaines (bénévoles / salariés si applicable)</w:t>
      </w:r>
    </w:p>
    <w:p>
      <w:r>
        <w:t>Présentez les rôles clés, l’organisation, la répartition des missions et les actions de formation ou d’accompagnement.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64"/>
        <w:gridCol w:w="2464"/>
        <w:gridCol w:w="2464"/>
        <w:gridCol w:w="2464"/>
      </w:tblGrid>
      <w:tr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Rôle</w:t>
            </w:r>
          </w:p>
        </w:tc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Nom</w:t>
            </w:r>
          </w:p>
        </w:tc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Mission</w:t>
            </w:r>
          </w:p>
        </w:tc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Période / volume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[Rôle]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[Mission]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[Dates / heures]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[Rôle]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[Mission]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[Dates / heures]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[Rôle]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[Mission]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[Dates / heures]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[Rôle]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[Mission]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[Dates / heures]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[Rôle]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[Mission]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[Dates / heures]</w:t>
            </w:r>
          </w:p>
        </w:tc>
      </w:tr>
    </w:tbl>
    <w:p/>
    <w:p>
      <w:pPr>
        <w:pStyle w:val="Heading1"/>
      </w:pPr>
      <w:r>
        <w:t>6. Partenariats et rayonnement</w:t>
      </w:r>
    </w:p>
    <w:p>
      <w:pPr>
        <w:pStyle w:val="Heading2"/>
      </w:pPr>
      <w:r>
        <w:t>Partenaires, soutiens, réseaux</w:t>
      </w:r>
    </w:p>
    <w:p>
      <w:r>
        <w:t>Listez les partenaires institutionnels et privés, le type de soutien (financier, logistique, expertise) et les résultats obtenus.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64"/>
        <w:gridCol w:w="2464"/>
        <w:gridCol w:w="2464"/>
        <w:gridCol w:w="2464"/>
      </w:tblGrid>
      <w:tr>
        <w:tc>
          <w:tcPr>
            <w:tcW w:type="dxa" w:w="2464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Partenaire</w:t>
            </w:r>
          </w:p>
        </w:tc>
        <w:tc>
          <w:tcPr>
            <w:tcW w:type="dxa" w:w="2464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Type de soutien</w:t>
            </w:r>
          </w:p>
        </w:tc>
        <w:tc>
          <w:tcPr>
            <w:tcW w:type="dxa" w:w="2464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Action associée</w:t>
            </w:r>
          </w:p>
        </w:tc>
        <w:tc>
          <w:tcPr>
            <w:tcW w:type="dxa" w:w="2464"/>
            <w:shd w:val="clear" w:color="auto" w:fill="0B57D0"/>
          </w:tcPr>
          <w:p>
            <w:pPr>
              <w:jc w:val="center"/>
            </w:pPr>
            <w:r>
              <w:rPr>
                <w:b/>
                <w:color w:val="FFFFFF"/>
              </w:rPr>
              <w:t>Résultat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[Financier / logistique / autre]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[Projet]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[Impact]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[Financier / logistique / autre]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[Projet]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[Impact]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[Financier / logistique / autre]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[Projet]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[Impact]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[Nom]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[Financier / logistique / autre]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[Projet]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[Impact]</w:t>
            </w:r>
          </w:p>
        </w:tc>
      </w:tr>
    </w:tbl>
    <w:p/>
    <w:p>
      <w:pPr>
        <w:pStyle w:val="Heading1"/>
      </w:pPr>
      <w:r>
        <w:t>7. Difficultés, points d’attention et améliorations</w:t>
      </w:r>
    </w:p>
    <w:p>
      <w:pPr>
        <w:pStyle w:val="Heading2"/>
      </w:pPr>
      <w:r>
        <w:t>Ce qui a freiné et ce qui a été amélioré</w:t>
      </w:r>
    </w:p>
    <w:p>
      <w:r>
        <w:t>Présentez 2 à 5 points concrets : manque de ressources, organisation, logistique, communication. Ajoutez les solutions testées et les décisions prises.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86"/>
        <w:gridCol w:w="3286"/>
        <w:gridCol w:w="3286"/>
      </w:tblGrid>
      <w:tr>
        <w:tc>
          <w:tcPr>
            <w:tcW w:type="dxa" w:w="3286"/>
            <w:shd w:val="clear" w:color="auto" w:fill="F59E0B"/>
          </w:tcPr>
          <w:p>
            <w:pPr>
              <w:jc w:val="center"/>
            </w:pPr>
            <w:r>
              <w:rPr>
                <w:b/>
                <w:color w:val="111827"/>
              </w:rPr>
              <w:t>Difficulté / risque</w:t>
            </w:r>
          </w:p>
        </w:tc>
        <w:tc>
          <w:tcPr>
            <w:tcW w:type="dxa" w:w="3286"/>
            <w:shd w:val="clear" w:color="auto" w:fill="F59E0B"/>
          </w:tcPr>
          <w:p>
            <w:pPr>
              <w:jc w:val="center"/>
            </w:pPr>
            <w:r>
              <w:rPr>
                <w:b/>
                <w:color w:val="111827"/>
              </w:rPr>
              <w:t>Effet constaté</w:t>
            </w:r>
          </w:p>
        </w:tc>
        <w:tc>
          <w:tcPr>
            <w:tcW w:type="dxa" w:w="3286"/>
            <w:shd w:val="clear" w:color="auto" w:fill="F59E0B"/>
          </w:tcPr>
          <w:p>
            <w:pPr>
              <w:jc w:val="center"/>
            </w:pPr>
            <w:r>
              <w:rPr>
                <w:b/>
                <w:color w:val="111827"/>
              </w:rPr>
              <w:t>Action corrective</w:t>
            </w:r>
          </w:p>
        </w:tc>
      </w:tr>
      <w:tr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[Point]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[Conséquence]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[Solution]</w:t>
            </w:r>
          </w:p>
        </w:tc>
      </w:tr>
      <w:tr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[Point]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[Conséquence]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[Solution]</w:t>
            </w:r>
          </w:p>
        </w:tc>
      </w:tr>
      <w:tr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[Point]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[Conséquence]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[Solution]</w:t>
            </w:r>
          </w:p>
        </w:tc>
      </w:tr>
      <w:tr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[Point]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[Conséquence]</w:t>
            </w:r>
          </w:p>
        </w:tc>
        <w:tc>
          <w:tcPr>
            <w:tcW w:type="dxa" w:w="328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[Solution]</w:t>
            </w:r>
          </w:p>
        </w:tc>
      </w:tr>
    </w:tbl>
    <w:p/>
    <w:p>
      <w:pPr>
        <w:pStyle w:val="Heading1"/>
      </w:pPr>
      <w:r>
        <w:t>8. Perspectives et priorités</w:t>
      </w:r>
    </w:p>
    <w:p>
      <w:pPr>
        <w:pStyle w:val="Heading2"/>
      </w:pPr>
      <w:r>
        <w:t>Objectifs pour l’année à venir</w:t>
      </w:r>
    </w:p>
    <w:p>
      <w:r>
        <w:t>Définissez des objectifs concrets. Exemple : augmenter les adhésions, structurer une équipe, lancer un nouveau programme, renforcer un partenariat, améliorer la communication.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64"/>
        <w:gridCol w:w="2464"/>
        <w:gridCol w:w="2464"/>
        <w:gridCol w:w="2464"/>
      </w:tblGrid>
      <w:tr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Priorité</w:t>
            </w:r>
          </w:p>
        </w:tc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Pourquoi</w:t>
            </w:r>
          </w:p>
        </w:tc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Actions prévues</w:t>
            </w:r>
          </w:p>
        </w:tc>
        <w:tc>
          <w:tcPr>
            <w:tcW w:type="dxa" w:w="2464"/>
            <w:shd w:val="clear" w:color="auto" w:fill="111827"/>
          </w:tcPr>
          <w:p>
            <w:pPr>
              <w:jc w:val="center"/>
            </w:pPr>
            <w:r>
              <w:rPr>
                <w:b/>
                <w:color w:val="FFFFFF"/>
              </w:rPr>
              <w:t>Indicateur de suivi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[Priorité]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[Raison]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[Actions]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[KPI]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[Priorité]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[Raison]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[Actions]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[KPI]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[Priorité]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[Raison]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[Actions]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[KPI]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[Priorité]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[Raison]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[Actions]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[KPI]</w:t>
            </w:r>
          </w:p>
        </w:tc>
      </w:tr>
      <w:tr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[Priorité]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[Raison]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[Actions]</w:t>
            </w:r>
          </w:p>
        </w:tc>
        <w:tc>
          <w:tcPr>
            <w:tcW w:type="dxa" w:w="2464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[KPI]</w:t>
            </w:r>
          </w:p>
        </w:tc>
      </w:tr>
    </w:tbl>
    <w:p/>
    <w:p>
      <w:pPr>
        <w:pStyle w:val="Heading1"/>
      </w:pPr>
      <w:r>
        <w:t>9. Remerciements</w:t>
      </w:r>
    </w:p>
    <w:p>
      <w:r>
        <w:t>Remerciez les adhérents, bénévoles, partenaires et bénéficiaires. Vous pouvez citer une équipe, une action ou un soutien marquant.</w:t>
      </w:r>
    </w:p>
    <w:p/>
    <w:p>
      <w:pPr>
        <w:pStyle w:val="Heading1"/>
      </w:pPr>
      <w:r>
        <w:t>10. Adoption du rapport moral</w:t>
      </w:r>
    </w:p>
    <w:p>
      <w:r>
        <w:t>Le rapport moral est présenté à l’assemblée générale du [JJ/MM/AAAA] puis soumis au vote.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29"/>
        <w:gridCol w:w="4929"/>
      </w:tblGrid>
      <w:tr>
        <w:tc>
          <w:tcPr>
            <w:tcW w:type="dxa" w:w="4929"/>
            <w:shd w:val="clear" w:color="auto" w:fill="F3F4F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</w:rPr>
              <w:t>Résultat du vote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Pour : [ ]    Contre : [ ]    Abstention : [ ]</w:t>
            </w:r>
          </w:p>
        </w:tc>
      </w:tr>
      <w:tr>
        <w:tc>
          <w:tcPr>
            <w:tcW w:type="dxa" w:w="4929"/>
            <w:shd w:val="clear" w:color="auto" w:fill="F3F4F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Rapport moral adopté / non adopté (rayer la mention inutile).</w:t>
            </w:r>
          </w:p>
        </w:tc>
      </w:tr>
      <w:tr>
        <w:tc>
          <w:tcPr>
            <w:tcW w:type="dxa" w:w="4929"/>
            <w:shd w:val="clear" w:color="auto" w:fill="F3F4F6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rPr>
                <w:b/>
              </w:rPr>
              <w:t>Signatures</w:t>
            </w:r>
          </w:p>
        </w:tc>
        <w:tc>
          <w:tcPr>
            <w:tcW w:type="dxa" w:w="4929"/>
            <w:tcBorders>
              <w:top w:sz="6" w:val="single" w:color="E5E7EB"/>
              <w:left w:sz="6" w:val="single" w:color="E5E7EB"/>
              <w:bottom w:sz="6" w:val="single" w:color="E5E7EB"/>
              <w:right w:sz="6" w:val="single" w:color="E5E7EB"/>
            </w:tcBorders>
            <w:vAlign w:val="top"/>
          </w:tcPr>
          <w:p>
            <w:r>
              <w:t>Le président : ____________________     Le secrétaire : ____________________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91" w:bottom="1020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8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111827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 w:ascii="Calibri" w:hAnsi="Calibri"/>
      <w:b/>
      <w:bCs/>
      <w:color w:val="0B57D0"/>
      <w:sz w:val="25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rPr>
      <w:rFonts w:ascii="Calibri" w:hAnsi="Calibri"/>
      <w:b/>
      <w:color w:val="0B57D0"/>
      <w:sz w:val="56"/>
    </w:rPr>
  </w:style>
  <w:style w:type="paragraph" w:customStyle="1" w:styleId="LCGSubtitle">
    <w:name w:val="LCG Subtitle"/>
    <w:rPr>
      <w:rFonts w:ascii="Calibri" w:hAnsi="Calibri"/>
      <w:b/>
      <w:color w:val="3C3C3C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