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510"/>
        <w:gridCol w:w="9921"/>
      </w:tblGrid>
      <w:tr>
        <w:tc>
          <w:tcPr>
            <w:tcW w:type="dxa" w:w="4933"/>
            <w:shd w:val="clear" w:color="auto" w:fill="0B57D0"/>
            <w:vAlign w:val="center"/>
            <w:tcMar>
              <w:top w:w="140" w:type="dxa"/>
              <w:start w:w="180" w:type="dxa"/>
              <w:bottom w:w="140" w:type="dxa"/>
              <w:end w:w="180" w:type="dxa"/>
            </w:tcMar>
          </w:tcPr>
          <w:p/>
        </w:tc>
        <w:tc>
          <w:tcPr>
            <w:tcW w:type="dxa" w:w="4933"/>
            <w:shd w:val="clear" w:color="auto" w:fill="F4F7FF"/>
            <w:vAlign w:val="center"/>
            <w:tcMar>
              <w:top w:w="140" w:type="dxa"/>
              <w:start w:w="180" w:type="dxa"/>
              <w:bottom w:w="140" w:type="dxa"/>
              <w:end w:w="180" w:type="dxa"/>
            </w:tcMar>
          </w:tcPr>
          <w:p>
            <w:pPr>
              <w:jc w:val="left"/>
            </w:pPr>
            <w:r>
              <w:rPr>
                <w:b/>
                <w:color w:val="0B57D0"/>
                <w:sz w:val="44"/>
              </w:rPr>
              <w:t>Rapport moral d’association</w:t>
            </w:r>
          </w:p>
          <w:p>
            <w:pPr>
              <w:spacing w:before="80" w:after="40"/>
            </w:pPr>
            <w:r>
              <w:rPr>
                <w:color w:val="3C465A"/>
                <w:sz w:val="24"/>
              </w:rPr>
              <w:t>Modèle à télécharger et à remplir   •   Assemblée générale / Année</w:t>
            </w:r>
          </w:p>
          <w:p>
            <w:pPr>
              <w:spacing w:before="160" w:after="0"/>
            </w:pPr>
            <w:r>
              <w:rPr>
                <w:b/>
                <w:color w:val="1E1E23"/>
              </w:rPr>
              <w:t xml:space="preserve">Association : </w:t>
            </w:r>
            <w:r>
              <w:rPr>
                <w:i/>
                <w:color w:val="5A5A69"/>
              </w:rPr>
              <w:t>[Nom de l’association]</w:t>
            </w:r>
          </w:p>
          <w:p>
            <w:r>
              <w:rPr>
                <w:b/>
              </w:rPr>
              <w:t xml:space="preserve">Date / lieu : </w:t>
            </w:r>
            <w:r>
              <w:rPr>
                <w:i/>
                <w:color w:val="5A5A69"/>
              </w:rPr>
              <w:t>[JJ/MM/AAAA]  •  [Ville]</w:t>
            </w:r>
          </w:p>
          <w:p>
            <w:r>
              <w:rPr>
                <w:b/>
              </w:rPr>
              <w:t xml:space="preserve">Président(e) : </w:t>
            </w:r>
            <w:r>
              <w:rPr>
                <w:i/>
                <w:color w:val="5A5A69"/>
              </w:rPr>
              <w:t>[Nom, prénom]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9D9E3"/>
          <w:left w:val="single" w:sz="8" w:space="0" w:color="D9D9E3"/>
          <w:bottom w:val="single" w:sz="8" w:space="0" w:color="D9D9E3"/>
          <w:right w:val="single" w:sz="8" w:space="0" w:color="D9D9E3"/>
          <w:insideH w:val="single" w:sz="8" w:space="0" w:color="D9D9E3"/>
          <w:insideV w:val="single" w:sz="8" w:space="0" w:color="D9D9E3"/>
        </w:tblBorders>
      </w:tblPr>
      <w:tblGrid>
        <w:gridCol w:w="2381"/>
        <w:gridCol w:w="2665"/>
        <w:gridCol w:w="2381"/>
        <w:gridCol w:w="2665"/>
      </w:tblGrid>
      <w:tr>
        <w:tc>
          <w:tcPr>
            <w:tcW w:type="dxa" w:w="246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7F7FA"/>
          </w:tcPr>
          <w:p>
            <w:pPr>
              <w:spacing w:after="0"/>
            </w:pPr>
            <w:r>
              <w:rPr>
                <w:b/>
                <w:color w:val="373741"/>
                <w:sz w:val="21"/>
              </w:rPr>
              <w:t>N° RNA</w:t>
            </w:r>
          </w:p>
        </w:tc>
        <w:tc>
          <w:tcPr>
            <w:tcW w:type="dxa" w:w="246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5A5A69"/>
              </w:rPr>
              <w:t>[WXXXXXXXXX]</w:t>
            </w:r>
          </w:p>
        </w:tc>
        <w:tc>
          <w:tcPr>
            <w:tcW w:type="dxa" w:w="246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7F7FA"/>
          </w:tcPr>
          <w:p>
            <w:pPr>
              <w:spacing w:after="0"/>
            </w:pPr>
            <w:r>
              <w:rPr>
                <w:b/>
                <w:color w:val="373741"/>
                <w:sz w:val="21"/>
              </w:rPr>
              <w:t>SIREN (si applicable)</w:t>
            </w:r>
          </w:p>
        </w:tc>
        <w:tc>
          <w:tcPr>
            <w:tcW w:type="dxa" w:w="246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5A5A69"/>
              </w:rPr>
              <w:t>[XXXXXXXXX]</w:t>
            </w:r>
          </w:p>
        </w:tc>
      </w:tr>
      <w:tr>
        <w:tc>
          <w:tcPr>
            <w:tcW w:type="dxa" w:w="246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7F7FA"/>
          </w:tcPr>
          <w:p>
            <w:pPr>
              <w:spacing w:after="0"/>
            </w:pPr>
            <w:r>
              <w:rPr>
                <w:b/>
                <w:color w:val="373741"/>
                <w:sz w:val="21"/>
              </w:rPr>
              <w:t>Adresse du siège</w:t>
            </w:r>
          </w:p>
        </w:tc>
        <w:tc>
          <w:tcPr>
            <w:tcW w:type="dxa" w:w="246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5A5A69"/>
              </w:rPr>
              <w:t>[Adresse complète]</w:t>
            </w:r>
          </w:p>
        </w:tc>
        <w:tc>
          <w:tcPr>
            <w:tcW w:type="dxa" w:w="246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7F7FA"/>
          </w:tcPr>
          <w:p>
            <w:pPr>
              <w:spacing w:after="0"/>
            </w:pPr>
            <w:r>
              <w:rPr>
                <w:b/>
                <w:color w:val="373741"/>
                <w:sz w:val="21"/>
              </w:rPr>
              <w:t>Email / téléphone</w:t>
            </w:r>
          </w:p>
        </w:tc>
        <w:tc>
          <w:tcPr>
            <w:tcW w:type="dxa" w:w="246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5A5A69"/>
              </w:rPr>
              <w:t>[Email] / [Tél.]</w:t>
            </w:r>
          </w:p>
        </w:tc>
      </w:tr>
      <w:tr>
        <w:tc>
          <w:tcPr>
            <w:tcW w:type="dxa" w:w="246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7F7FA"/>
          </w:tcPr>
          <w:p>
            <w:pPr>
              <w:spacing w:after="0"/>
            </w:pPr>
            <w:r>
              <w:rPr>
                <w:b/>
                <w:color w:val="373741"/>
                <w:sz w:val="21"/>
              </w:rPr>
              <w:t>Période du rapport</w:t>
            </w:r>
          </w:p>
        </w:tc>
        <w:tc>
          <w:tcPr>
            <w:tcW w:type="dxa" w:w="246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5A5A69"/>
              </w:rPr>
              <w:t>[Ex. Jan. - Déc. 2025]</w:t>
            </w:r>
          </w:p>
        </w:tc>
        <w:tc>
          <w:tcPr>
            <w:tcW w:type="dxa" w:w="246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7F7FA"/>
          </w:tcPr>
          <w:p>
            <w:pPr>
              <w:spacing w:after="0"/>
            </w:pPr>
            <w:r>
              <w:rPr>
                <w:b/>
                <w:color w:val="373741"/>
                <w:sz w:val="21"/>
              </w:rPr>
              <w:t>Effectif (adhérents)</w:t>
            </w:r>
          </w:p>
        </w:tc>
        <w:tc>
          <w:tcPr>
            <w:tcW w:type="dxa" w:w="246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5A5A69"/>
              </w:rPr>
              <w:t>[Nombre]</w:t>
            </w:r>
          </w:p>
        </w:tc>
      </w:tr>
      <w:tr>
        <w:tc>
          <w:tcPr>
            <w:tcW w:type="dxa" w:w="246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7F7FA"/>
          </w:tcPr>
          <w:p>
            <w:pPr>
              <w:spacing w:after="0"/>
            </w:pPr>
            <w:r>
              <w:rPr>
                <w:b/>
                <w:color w:val="373741"/>
                <w:sz w:val="21"/>
              </w:rPr>
              <w:t>Réunion / AG</w:t>
            </w:r>
          </w:p>
        </w:tc>
        <w:tc>
          <w:tcPr>
            <w:tcW w:type="dxa" w:w="246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5A5A69"/>
              </w:rPr>
              <w:t>[Ordinaire / Extra.]</w:t>
            </w:r>
          </w:p>
        </w:tc>
        <w:tc>
          <w:tcPr>
            <w:tcW w:type="dxa" w:w="246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7F7FA"/>
          </w:tcPr>
          <w:p>
            <w:pPr>
              <w:spacing w:after="0"/>
            </w:pPr>
            <w:r>
              <w:rPr>
                <w:b/>
                <w:color w:val="373741"/>
                <w:sz w:val="21"/>
              </w:rPr>
              <w:t>Nombre de réunions</w:t>
            </w:r>
          </w:p>
        </w:tc>
        <w:tc>
          <w:tcPr>
            <w:tcW w:type="dxa" w:w="246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5A5A69"/>
              </w:rPr>
              <w:t>[Nombre]</w:t>
            </w:r>
          </w:p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255"/>
        <w:gridCol w:w="10205"/>
      </w:tblGrid>
      <w:tr>
        <w:tc>
          <w:tcPr>
            <w:tcW w:type="dxa" w:w="4933"/>
            <w:shd w:val="clear" w:color="auto" w:fill="0B57D0"/>
            <w:tcMar>
              <w:top w:w="70" w:type="dxa"/>
              <w:start w:w="0" w:type="dxa"/>
              <w:bottom w:w="70" w:type="dxa"/>
              <w:end w:w="0" w:type="dxa"/>
            </w:tcMar>
          </w:tcPr>
          <w:p/>
        </w:tc>
        <w:tc>
          <w:tcPr>
            <w:tcW w:type="dxa" w:w="4933"/>
            <w:shd w:val="clear" w:color="auto" w:fill="FFFFFF"/>
            <w:tcMar>
              <w:top w:w="70" w:type="dxa"/>
              <w:start w:w="140" w:type="dxa"/>
              <w:bottom w:w="70" w:type="dxa"/>
              <w:end w:w="0" w:type="dxa"/>
            </w:tcMar>
          </w:tcPr>
          <w:p>
            <w:pPr>
              <w:spacing w:after="40"/>
            </w:pPr>
            <w:r>
              <w:rPr>
                <w:b/>
                <w:color w:val="0B57D0"/>
                <w:sz w:val="28"/>
              </w:rPr>
              <w:t>📌 1. Message d’ouverture (présidence)</w:t>
            </w:r>
          </w:p>
        </w:tc>
      </w:tr>
    </w:tbl>
    <w:p/>
    <w:p>
      <w:pPr>
        <w:spacing w:before="0" w:after="120"/>
      </w:pPr>
      <w:r>
        <w:rPr>
          <w:i/>
          <w:color w:val="5F6470"/>
          <w:sz w:val="21"/>
        </w:rPr>
        <w:t>Objectif : remercier, rappeler la mission, et donner une lecture simple de l’année (ce qui a marché, ce qui a changé, ce qui vient).</w:t>
      </w:r>
    </w:p>
    <w:p>
      <w:pPr>
        <w:spacing w:after="40"/>
      </w:pPr>
      <w:r>
        <w:rPr>
          <w:i/>
          <w:color w:val="6E6E7D"/>
        </w:rPr>
        <w:t>[À compléter] ..................................................................................................................</w:t>
      </w:r>
    </w:p>
    <w:p>
      <w:pPr>
        <w:spacing w:after="40"/>
      </w:pPr>
      <w:r>
        <w:rPr>
          <w:i/>
          <w:color w:val="6E6E7D"/>
        </w:rPr>
        <w:t>[À compléter] ..................................................................................................................</w:t>
      </w:r>
    </w:p>
    <w:p>
      <w:pPr>
        <w:spacing w:after="40"/>
      </w:pPr>
      <w:r>
        <w:rPr>
          <w:i/>
          <w:color w:val="6E6E7D"/>
        </w:rPr>
        <w:t>[À compléter] ..................................................................................................................</w:t>
      </w:r>
    </w:p>
    <w:p>
      <w:pPr>
        <w:spacing w:after="40"/>
      </w:pPr>
      <w:r>
        <w:rPr>
          <w:i/>
          <w:color w:val="6E6E7D"/>
        </w:rPr>
        <w:t>[À compléter] ..................................................................................................................</w:t>
      </w: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255"/>
        <w:gridCol w:w="10205"/>
      </w:tblGrid>
      <w:tr>
        <w:tc>
          <w:tcPr>
            <w:tcW w:type="dxa" w:w="4933"/>
            <w:shd w:val="clear" w:color="auto" w:fill="0B57D0"/>
            <w:tcMar>
              <w:top w:w="70" w:type="dxa"/>
              <w:start w:w="0" w:type="dxa"/>
              <w:bottom w:w="70" w:type="dxa"/>
              <w:end w:w="0" w:type="dxa"/>
            </w:tcMar>
          </w:tcPr>
          <w:p/>
        </w:tc>
        <w:tc>
          <w:tcPr>
            <w:tcW w:type="dxa" w:w="4933"/>
            <w:shd w:val="clear" w:color="auto" w:fill="FFFFFF"/>
            <w:tcMar>
              <w:top w:w="70" w:type="dxa"/>
              <w:start w:w="140" w:type="dxa"/>
              <w:bottom w:w="70" w:type="dxa"/>
              <w:end w:w="0" w:type="dxa"/>
            </w:tcMar>
          </w:tcPr>
          <w:p>
            <w:pPr>
              <w:spacing w:after="40"/>
            </w:pPr>
            <w:r>
              <w:rPr>
                <w:b/>
                <w:color w:val="0B57D0"/>
                <w:sz w:val="28"/>
              </w:rPr>
              <w:t>🧭 2. Rappel de l’objet et des valeurs de l’association</w:t>
            </w:r>
          </w:p>
        </w:tc>
      </w:tr>
    </w:tbl>
    <w:p/>
    <w:p>
      <w:pPr>
        <w:spacing w:before="0" w:after="120"/>
      </w:pPr>
      <w:r>
        <w:rPr>
          <w:i/>
          <w:color w:val="5F6470"/>
          <w:sz w:val="21"/>
        </w:rPr>
        <w:t>En 5 à 8 lignes : qui nous sommes, pour qui, et pourquoi nos actions comptent.</w:t>
      </w:r>
    </w:p>
    <w:p>
      <w:pPr>
        <w:spacing w:after="40"/>
      </w:pPr>
      <w:r>
        <w:rPr>
          <w:i/>
          <w:color w:val="6E6E7D"/>
        </w:rPr>
        <w:t>[À compléter] ..................................................................................................................</w:t>
      </w:r>
    </w:p>
    <w:p>
      <w:pPr>
        <w:spacing w:after="40"/>
      </w:pPr>
      <w:r>
        <w:rPr>
          <w:i/>
          <w:color w:val="6E6E7D"/>
        </w:rPr>
        <w:t>[À compléter] ..................................................................................................................</w:t>
      </w:r>
    </w:p>
    <w:p>
      <w:pPr>
        <w:spacing w:after="40"/>
      </w:pPr>
      <w:r>
        <w:rPr>
          <w:i/>
          <w:color w:val="6E6E7D"/>
        </w:rPr>
        <w:t>[À compléter] ..................................................................................................................</w:t>
      </w: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255"/>
        <w:gridCol w:w="10205"/>
      </w:tblGrid>
      <w:tr>
        <w:tc>
          <w:tcPr>
            <w:tcW w:type="dxa" w:w="4933"/>
            <w:shd w:val="clear" w:color="auto" w:fill="0B57D0"/>
            <w:tcMar>
              <w:top w:w="70" w:type="dxa"/>
              <w:start w:w="0" w:type="dxa"/>
              <w:bottom w:w="70" w:type="dxa"/>
              <w:end w:w="0" w:type="dxa"/>
            </w:tcMar>
          </w:tcPr>
          <w:p/>
        </w:tc>
        <w:tc>
          <w:tcPr>
            <w:tcW w:type="dxa" w:w="4933"/>
            <w:shd w:val="clear" w:color="auto" w:fill="FFFFFF"/>
            <w:tcMar>
              <w:top w:w="70" w:type="dxa"/>
              <w:start w:w="140" w:type="dxa"/>
              <w:bottom w:w="70" w:type="dxa"/>
              <w:end w:w="0" w:type="dxa"/>
            </w:tcMar>
          </w:tcPr>
          <w:p>
            <w:pPr>
              <w:spacing w:after="40"/>
            </w:pPr>
            <w:r>
              <w:rPr>
                <w:b/>
                <w:color w:val="0B57D0"/>
                <w:sz w:val="28"/>
              </w:rPr>
              <w:t>✅ 3. Bilan des actions menées</w:t>
            </w:r>
          </w:p>
        </w:tc>
      </w:tr>
    </w:tbl>
    <w:p/>
    <w:p>
      <w:pPr>
        <w:spacing w:before="0" w:after="120"/>
      </w:pPr>
      <w:r>
        <w:rPr>
          <w:i/>
          <w:color w:val="5F6470"/>
          <w:sz w:val="21"/>
        </w:rPr>
        <w:t>Listez vos actions principales et, si possible, un résultat concret (participants, ateliers, partenariats, impacts).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9D9E3"/>
          <w:left w:val="single" w:sz="8" w:space="0" w:color="D9D9E3"/>
          <w:bottom w:val="single" w:sz="8" w:space="0" w:color="D9D9E3"/>
          <w:right w:val="single" w:sz="8" w:space="0" w:color="D9D9E3"/>
          <w:insideH w:val="single" w:sz="8" w:space="0" w:color="D9D9E3"/>
          <w:insideV w:val="single" w:sz="8" w:space="0" w:color="D9D9E3"/>
        </w:tblBorders>
      </w:tblPr>
      <w:tblGrid>
        <w:gridCol w:w="2381"/>
        <w:gridCol w:w="3402"/>
        <w:gridCol w:w="2268"/>
        <w:gridCol w:w="2494"/>
      </w:tblGrid>
      <w:tr>
        <w:tc>
          <w:tcPr>
            <w:tcW w:type="dxa" w:w="2466"/>
            <w:shd w:val="clear" w:color="auto" w:fill="0B57D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FFFFFF"/>
                <w:sz w:val="21"/>
              </w:rPr>
              <w:t>Action / projet</w:t>
            </w:r>
          </w:p>
        </w:tc>
        <w:tc>
          <w:tcPr>
            <w:tcW w:type="dxa" w:w="2466"/>
            <w:shd w:val="clear" w:color="auto" w:fill="0B57D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FFFFFF"/>
                <w:sz w:val="21"/>
              </w:rPr>
              <w:t>Description courte</w:t>
            </w:r>
          </w:p>
        </w:tc>
        <w:tc>
          <w:tcPr>
            <w:tcW w:type="dxa" w:w="2466"/>
            <w:shd w:val="clear" w:color="auto" w:fill="0B57D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FFFFFF"/>
                <w:sz w:val="21"/>
              </w:rPr>
              <w:t>Résultat / indicateur</w:t>
            </w:r>
          </w:p>
        </w:tc>
        <w:tc>
          <w:tcPr>
            <w:tcW w:type="dxa" w:w="2466"/>
            <w:shd w:val="clear" w:color="auto" w:fill="0B57D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FFFFFF"/>
                <w:sz w:val="21"/>
              </w:rPr>
              <w:t>Responsable</w:t>
            </w:r>
          </w:p>
        </w:tc>
      </w:tr>
      <w:tr>
        <w:tc>
          <w:tcPr>
            <w:tcW w:type="dxa" w:w="2381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3402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2268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2494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</w:tr>
      <w:tr>
        <w:tc>
          <w:tcPr>
            <w:tcW w:type="dxa" w:w="2381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3402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2268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2494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</w:tr>
      <w:tr>
        <w:tc>
          <w:tcPr>
            <w:tcW w:type="dxa" w:w="2381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3402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2268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2494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</w:tr>
      <w:tr>
        <w:tc>
          <w:tcPr>
            <w:tcW w:type="dxa" w:w="2381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3402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2268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2494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</w:tr>
      <w:tr>
        <w:tc>
          <w:tcPr>
            <w:tcW w:type="dxa" w:w="2381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3402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2268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2494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</w:tr>
      <w:tr>
        <w:tc>
          <w:tcPr>
            <w:tcW w:type="dxa" w:w="2381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3402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2268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2494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255"/>
        <w:gridCol w:w="10205"/>
      </w:tblGrid>
      <w:tr>
        <w:tc>
          <w:tcPr>
            <w:tcW w:type="dxa" w:w="4933"/>
            <w:shd w:val="clear" w:color="auto" w:fill="0B57D0"/>
            <w:tcMar>
              <w:top w:w="70" w:type="dxa"/>
              <w:start w:w="0" w:type="dxa"/>
              <w:bottom w:w="70" w:type="dxa"/>
              <w:end w:w="0" w:type="dxa"/>
            </w:tcMar>
          </w:tcPr>
          <w:p/>
        </w:tc>
        <w:tc>
          <w:tcPr>
            <w:tcW w:type="dxa" w:w="4933"/>
            <w:shd w:val="clear" w:color="auto" w:fill="FFFFFF"/>
            <w:tcMar>
              <w:top w:w="70" w:type="dxa"/>
              <w:start w:w="140" w:type="dxa"/>
              <w:bottom w:w="70" w:type="dxa"/>
              <w:end w:w="0" w:type="dxa"/>
            </w:tcMar>
          </w:tcPr>
          <w:p>
            <w:pPr>
              <w:spacing w:after="40"/>
            </w:pPr>
            <w:r>
              <w:rPr>
                <w:b/>
                <w:color w:val="0B57D0"/>
                <w:sz w:val="28"/>
              </w:rPr>
              <w:t>👥 4. Vie associative</w:t>
            </w:r>
          </w:p>
        </w:tc>
      </w:tr>
    </w:tbl>
    <w:p/>
    <w:p>
      <w:pPr>
        <w:spacing w:before="0" w:after="120"/>
      </w:pPr>
      <w:r>
        <w:rPr>
          <w:i/>
          <w:color w:val="5F6470"/>
          <w:sz w:val="21"/>
        </w:rPr>
        <w:t>Adhésions, bénévoles, réunions, communication, événements marquants, dynamique interne.</w:t>
      </w:r>
    </w:p>
    <w:p>
      <w:pPr/>
    </w:p>
    <w:p>
      <w:pPr>
        <w:pStyle w:val="ListBullet"/>
      </w:pPr>
      <w:r>
        <w:rPr>
          <w:color w:val="1E1E23"/>
        </w:rPr>
        <w:t>Adhérents : [Nombre] (évolution : [+ / -])</w:t>
      </w:r>
    </w:p>
    <w:p>
      <w:pPr>
        <w:pStyle w:val="ListBullet"/>
      </w:pPr>
      <w:r>
        <w:rPr>
          <w:color w:val="1E1E23"/>
        </w:rPr>
        <w:t>Bénévoles actifs : [Nombre]  •  Heures estimées : [Nombre]</w:t>
      </w:r>
    </w:p>
    <w:p>
      <w:pPr>
        <w:pStyle w:val="ListBullet"/>
      </w:pPr>
      <w:r>
        <w:rPr>
          <w:color w:val="1E1E23"/>
        </w:rPr>
        <w:t>Réunions (bureau / CA) : [Nombre]  •  AG : [Date]</w:t>
      </w:r>
    </w:p>
    <w:p>
      <w:pPr>
        <w:pStyle w:val="ListBullet"/>
      </w:pPr>
      <w:r>
        <w:rPr>
          <w:color w:val="1E1E23"/>
        </w:rPr>
        <w:t>Communication : [site / réseaux / newsletters]  •  Audience : [chiffres]</w:t>
      </w:r>
    </w:p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255"/>
        <w:gridCol w:w="10205"/>
      </w:tblGrid>
      <w:tr>
        <w:tc>
          <w:tcPr>
            <w:tcW w:type="dxa" w:w="4933"/>
            <w:shd w:val="clear" w:color="auto" w:fill="0B57D0"/>
            <w:tcMar>
              <w:top w:w="70" w:type="dxa"/>
              <w:start w:w="0" w:type="dxa"/>
              <w:bottom w:w="70" w:type="dxa"/>
              <w:end w:w="0" w:type="dxa"/>
            </w:tcMar>
          </w:tcPr>
          <w:p/>
        </w:tc>
        <w:tc>
          <w:tcPr>
            <w:tcW w:type="dxa" w:w="4933"/>
            <w:shd w:val="clear" w:color="auto" w:fill="FFFFFF"/>
            <w:tcMar>
              <w:top w:w="70" w:type="dxa"/>
              <w:start w:w="140" w:type="dxa"/>
              <w:bottom w:w="70" w:type="dxa"/>
              <w:end w:w="0" w:type="dxa"/>
            </w:tcMar>
          </w:tcPr>
          <w:p>
            <w:pPr>
              <w:spacing w:after="40"/>
            </w:pPr>
            <w:r>
              <w:rPr>
                <w:b/>
                <w:color w:val="0B57D0"/>
                <w:sz w:val="28"/>
              </w:rPr>
              <w:t>🤝 5. Partenariats et rayonnement</w:t>
            </w:r>
          </w:p>
        </w:tc>
      </w:tr>
    </w:tbl>
    <w:p/>
    <w:p>
      <w:pPr>
        <w:spacing w:before="0" w:after="120"/>
      </w:pPr>
      <w:r>
        <w:rPr>
          <w:i/>
          <w:color w:val="5F6470"/>
          <w:sz w:val="21"/>
        </w:rPr>
        <w:t>Citez les partenaires (collectivités, écoles, entreprises, associations) et ce que cela a permis.</w:t>
      </w:r>
    </w:p>
    <w:p>
      <w:pPr>
        <w:spacing w:after="40"/>
      </w:pPr>
      <w:r>
        <w:rPr>
          <w:i/>
          <w:color w:val="6E6E7D"/>
        </w:rPr>
        <w:t>[À compléter] ..................................................................................................................</w:t>
      </w:r>
    </w:p>
    <w:p>
      <w:pPr>
        <w:spacing w:after="40"/>
      </w:pPr>
      <w:r>
        <w:rPr>
          <w:i/>
          <w:color w:val="6E6E7D"/>
        </w:rPr>
        <w:t>[À compléter] ..................................................................................................................</w:t>
      </w:r>
    </w:p>
    <w:p>
      <w:pPr>
        <w:spacing w:after="40"/>
      </w:pPr>
      <w:r>
        <w:rPr>
          <w:i/>
          <w:color w:val="6E6E7D"/>
        </w:rPr>
        <w:t>[À compléter] ..................................................................................................................</w:t>
      </w: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255"/>
        <w:gridCol w:w="10205"/>
      </w:tblGrid>
      <w:tr>
        <w:tc>
          <w:tcPr>
            <w:tcW w:type="dxa" w:w="4933"/>
            <w:shd w:val="clear" w:color="auto" w:fill="0B57D0"/>
            <w:tcMar>
              <w:top w:w="70" w:type="dxa"/>
              <w:start w:w="0" w:type="dxa"/>
              <w:bottom w:w="70" w:type="dxa"/>
              <w:end w:w="0" w:type="dxa"/>
            </w:tcMar>
          </w:tcPr>
          <w:p/>
        </w:tc>
        <w:tc>
          <w:tcPr>
            <w:tcW w:type="dxa" w:w="4933"/>
            <w:shd w:val="clear" w:color="auto" w:fill="FFFFFF"/>
            <w:tcMar>
              <w:top w:w="70" w:type="dxa"/>
              <w:start w:w="140" w:type="dxa"/>
              <w:bottom w:w="70" w:type="dxa"/>
              <w:end w:w="0" w:type="dxa"/>
            </w:tcMar>
          </w:tcPr>
          <w:p>
            <w:pPr>
              <w:spacing w:after="40"/>
            </w:pPr>
            <w:r>
              <w:rPr>
                <w:b/>
                <w:color w:val="0B57D0"/>
                <w:sz w:val="28"/>
              </w:rPr>
              <w:t>🛠️ 6. Points de vigilance et améliorations</w:t>
            </w:r>
          </w:p>
        </w:tc>
      </w:tr>
    </w:tbl>
    <w:p/>
    <w:p>
      <w:pPr>
        <w:spacing w:before="0" w:after="120"/>
      </w:pPr>
      <w:r>
        <w:rPr>
          <w:i/>
          <w:color w:val="5F6470"/>
          <w:sz w:val="21"/>
        </w:rPr>
        <w:t>Transparence : ce qui a été difficile et les solutions décidées (organisation, ressources, communication, logistique).</w:t>
      </w:r>
    </w:p>
    <w:p>
      <w:pPr>
        <w:spacing w:after="40"/>
      </w:pPr>
      <w:r>
        <w:rPr>
          <w:i/>
          <w:color w:val="6E6E7D"/>
        </w:rPr>
        <w:t>[À compléter] ..................................................................................................................</w:t>
      </w:r>
    </w:p>
    <w:p>
      <w:pPr>
        <w:spacing w:after="40"/>
      </w:pPr>
      <w:r>
        <w:rPr>
          <w:i/>
          <w:color w:val="6E6E7D"/>
        </w:rPr>
        <w:t>[À compléter] ..................................................................................................................</w:t>
      </w:r>
    </w:p>
    <w:p>
      <w:pPr>
        <w:spacing w:after="40"/>
      </w:pPr>
      <w:r>
        <w:rPr>
          <w:i/>
          <w:color w:val="6E6E7D"/>
        </w:rPr>
        <w:t>[À compléter] ..................................................................................................................</w:t>
      </w: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255"/>
        <w:gridCol w:w="10205"/>
      </w:tblGrid>
      <w:tr>
        <w:tc>
          <w:tcPr>
            <w:tcW w:type="dxa" w:w="4933"/>
            <w:shd w:val="clear" w:color="auto" w:fill="0B57D0"/>
            <w:tcMar>
              <w:top w:w="70" w:type="dxa"/>
              <w:start w:w="0" w:type="dxa"/>
              <w:bottom w:w="70" w:type="dxa"/>
              <w:end w:w="0" w:type="dxa"/>
            </w:tcMar>
          </w:tcPr>
          <w:p/>
        </w:tc>
        <w:tc>
          <w:tcPr>
            <w:tcW w:type="dxa" w:w="4933"/>
            <w:shd w:val="clear" w:color="auto" w:fill="FFFFFF"/>
            <w:tcMar>
              <w:top w:w="70" w:type="dxa"/>
              <w:start w:w="140" w:type="dxa"/>
              <w:bottom w:w="70" w:type="dxa"/>
              <w:end w:w="0" w:type="dxa"/>
            </w:tcMar>
          </w:tcPr>
          <w:p>
            <w:pPr>
              <w:spacing w:after="40"/>
            </w:pPr>
            <w:r>
              <w:rPr>
                <w:b/>
                <w:color w:val="0B57D0"/>
                <w:sz w:val="28"/>
              </w:rPr>
              <w:t>🎯 7. Perspectives et priorités de l’année à venir</w:t>
            </w:r>
          </w:p>
        </w:tc>
      </w:tr>
    </w:tbl>
    <w:p/>
    <w:p>
      <w:pPr>
        <w:spacing w:before="0" w:after="120"/>
      </w:pPr>
      <w:r>
        <w:rPr>
          <w:i/>
          <w:color w:val="5F6470"/>
          <w:sz w:val="21"/>
        </w:rPr>
        <w:t>3 à 5 priorités max, formulées comme des objectifs concrets.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9D9E3"/>
          <w:left w:val="single" w:sz="8" w:space="0" w:color="D9D9E3"/>
          <w:bottom w:val="single" w:sz="8" w:space="0" w:color="D9D9E3"/>
          <w:right w:val="single" w:sz="8" w:space="0" w:color="D9D9E3"/>
          <w:insideH w:val="single" w:sz="8" w:space="0" w:color="D9D9E3"/>
          <w:insideV w:val="single" w:sz="8" w:space="0" w:color="D9D9E3"/>
        </w:tblBorders>
      </w:tblPr>
      <w:tblGrid>
        <w:gridCol w:w="3969"/>
        <w:gridCol w:w="3402"/>
        <w:gridCol w:w="3175"/>
      </w:tblGrid>
      <w:tr>
        <w:tc>
          <w:tcPr>
            <w:tcW w:type="dxa" w:w="3289"/>
            <w:shd w:val="clear" w:color="auto" w:fill="0B57D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FFFFFF"/>
                <w:sz w:val="21"/>
              </w:rPr>
              <w:t>Priorité</w:t>
            </w:r>
          </w:p>
        </w:tc>
        <w:tc>
          <w:tcPr>
            <w:tcW w:type="dxa" w:w="3289"/>
            <w:shd w:val="clear" w:color="auto" w:fill="0B57D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FFFFFF"/>
                <w:sz w:val="21"/>
              </w:rPr>
              <w:t>Indicateur de réussite</w:t>
            </w:r>
          </w:p>
        </w:tc>
        <w:tc>
          <w:tcPr>
            <w:tcW w:type="dxa" w:w="3289"/>
            <w:shd w:val="clear" w:color="auto" w:fill="0B57D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color w:val="FFFFFF"/>
                <w:sz w:val="21"/>
              </w:rPr>
              <w:t>Échéance</w:t>
            </w:r>
          </w:p>
        </w:tc>
      </w:tr>
      <w:tr>
        <w:tc>
          <w:tcPr>
            <w:tcW w:type="dxa" w:w="396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3402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3175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</w:tr>
      <w:tr>
        <w:tc>
          <w:tcPr>
            <w:tcW w:type="dxa" w:w="396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3402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3175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</w:tr>
      <w:tr>
        <w:tc>
          <w:tcPr>
            <w:tcW w:type="dxa" w:w="396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3402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3175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</w:tr>
      <w:tr>
        <w:tc>
          <w:tcPr>
            <w:tcW w:type="dxa" w:w="396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3402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3175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</w:tr>
      <w:tr>
        <w:tc>
          <w:tcPr>
            <w:tcW w:type="dxa" w:w="3969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3402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  <w:tc>
          <w:tcPr>
            <w:tcW w:type="dxa" w:w="3175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0"/>
            </w:pPr>
            <w:r>
              <w:rPr>
                <w:i/>
                <w:color w:val="6E6E7D"/>
              </w:rPr>
              <w:t>[À compléter]</w:t>
            </w:r>
          </w:p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255"/>
        <w:gridCol w:w="10205"/>
      </w:tblGrid>
      <w:tr>
        <w:tc>
          <w:tcPr>
            <w:tcW w:type="dxa" w:w="4933"/>
            <w:shd w:val="clear" w:color="auto" w:fill="0B57D0"/>
            <w:tcMar>
              <w:top w:w="70" w:type="dxa"/>
              <w:start w:w="0" w:type="dxa"/>
              <w:bottom w:w="70" w:type="dxa"/>
              <w:end w:w="0" w:type="dxa"/>
            </w:tcMar>
          </w:tcPr>
          <w:p/>
        </w:tc>
        <w:tc>
          <w:tcPr>
            <w:tcW w:type="dxa" w:w="4933"/>
            <w:shd w:val="clear" w:color="auto" w:fill="FFFFFF"/>
            <w:tcMar>
              <w:top w:w="70" w:type="dxa"/>
              <w:start w:w="140" w:type="dxa"/>
              <w:bottom w:w="70" w:type="dxa"/>
              <w:end w:w="0" w:type="dxa"/>
            </w:tcMar>
          </w:tcPr>
          <w:p>
            <w:pPr>
              <w:spacing w:after="40"/>
            </w:pPr>
            <w:r>
              <w:rPr>
                <w:b/>
                <w:color w:val="0B57D0"/>
                <w:sz w:val="28"/>
              </w:rPr>
              <w:t>🙏 8. Conclusion et remerciements</w:t>
            </w:r>
          </w:p>
        </w:tc>
      </w:tr>
    </w:tbl>
    <w:p/>
    <w:p>
      <w:pPr>
        <w:spacing w:before="0" w:after="120"/>
      </w:pPr>
      <w:r>
        <w:rPr>
          <w:i/>
          <w:color w:val="5F6470"/>
          <w:sz w:val="21"/>
        </w:rPr>
        <w:t>Concluez en 3 à 6 lignes : remerciements, appel à bénévolat / adhésion, invitation à voter les résolutions.</w:t>
      </w:r>
    </w:p>
    <w:p>
      <w:pPr>
        <w:spacing w:after="40"/>
      </w:pPr>
      <w:r>
        <w:rPr>
          <w:i/>
          <w:color w:val="6E6E7D"/>
        </w:rPr>
        <w:t>[À compléter] ..................................................................................................................</w:t>
      </w:r>
    </w:p>
    <w:p>
      <w:pPr>
        <w:spacing w:after="40"/>
      </w:pPr>
      <w:r>
        <w:rPr>
          <w:i/>
          <w:color w:val="6E6E7D"/>
        </w:rPr>
        <w:t>[À compléter] ..................................................................................................................</w:t>
      </w:r>
    </w:p>
    <w:p>
      <w:pPr>
        <w:spacing w:after="40"/>
      </w:pPr>
      <w:r>
        <w:rPr>
          <w:i/>
          <w:color w:val="6E6E7D"/>
        </w:rPr>
        <w:t>[À compléter] ..................................................................................................................</w:t>
      </w:r>
    </w:p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9D9E3"/>
          <w:left w:val="single" w:sz="8" w:space="0" w:color="D9D9E3"/>
          <w:bottom w:val="single" w:sz="8" w:space="0" w:color="D9D9E3"/>
          <w:right w:val="single" w:sz="8" w:space="0" w:color="D9D9E3"/>
          <w:insideH w:val="single" w:sz="8" w:space="0" w:color="D9D9E3"/>
          <w:insideV w:val="single" w:sz="8" w:space="0" w:color="D9D9E3"/>
        </w:tblBorders>
      </w:tblPr>
      <w:tblGrid>
        <w:gridCol w:w="5102"/>
        <w:gridCol w:w="5102"/>
      </w:tblGrid>
      <w:tr>
        <w:tc>
          <w:tcPr>
            <w:tcW w:type="dxa" w:w="4933"/>
            <w:shd w:val="clear" w:color="auto" w:fill="F7F7FA"/>
            <w:tcMar>
              <w:top w:w="110" w:type="dxa"/>
              <w:start w:w="120" w:type="dxa"/>
              <w:bottom w:w="11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sz w:val="21"/>
              </w:rPr>
              <w:t>Fait à [Ville], le [JJ/MM/AAAA]</w:t>
            </w:r>
          </w:p>
        </w:tc>
        <w:tc>
          <w:tcPr>
            <w:tcW w:type="dxa" w:w="4933"/>
            <w:shd w:val="clear" w:color="auto" w:fill="F7F7FA"/>
            <w:tcMar>
              <w:top w:w="110" w:type="dxa"/>
              <w:start w:w="120" w:type="dxa"/>
              <w:bottom w:w="110" w:type="dxa"/>
              <w:end w:w="120" w:type="dxa"/>
            </w:tcMar>
          </w:tcPr>
          <w:p>
            <w:pPr>
              <w:spacing w:after="0"/>
            </w:pPr>
            <w:r>
              <w:rPr>
                <w:b/>
                <w:sz w:val="21"/>
              </w:rPr>
              <w:t>Signature du/de la président(e)</w:t>
            </w:r>
          </w:p>
        </w:tc>
      </w:tr>
      <w:tr>
        <w:tc>
          <w:tcPr>
            <w:tcW w:type="dxa" w:w="4933"/>
            <w:tcMar>
              <w:top w:w="600" w:type="dxa"/>
              <w:start w:w="120" w:type="dxa"/>
              <w:bottom w:w="600" w:type="dxa"/>
              <w:end w:w="120" w:type="dxa"/>
            </w:tcMar>
          </w:tcPr>
          <w:p>
            <w:r>
              <w:rPr>
                <w:i/>
              </w:rPr>
              <w:t>[Nom, prénom]</w:t>
            </w:r>
          </w:p>
        </w:tc>
        <w:tc>
          <w:tcPr>
            <w:tcW w:type="dxa" w:w="4933"/>
            <w:tcMar>
              <w:top w:w="600" w:type="dxa"/>
              <w:start w:w="120" w:type="dxa"/>
              <w:bottom w:w="600" w:type="dxa"/>
              <w:end w:w="120" w:type="dxa"/>
            </w:tcMar>
          </w:tcPr>
          <w:p>
            <w:r>
              <w:rPr>
                <w:i/>
              </w:rPr>
              <w:t xml:space="preserve"> </w:t>
            </w:r>
          </w:p>
        </w:tc>
      </w:tr>
    </w:tbl>
    <w:p>
      <w:r>
        <w:br w:type="page"/>
      </w: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255"/>
        <w:gridCol w:w="10205"/>
      </w:tblGrid>
      <w:tr>
        <w:tc>
          <w:tcPr>
            <w:tcW w:type="dxa" w:w="4933"/>
            <w:shd w:val="clear" w:color="auto" w:fill="0B57D0"/>
            <w:tcMar>
              <w:top w:w="70" w:type="dxa"/>
              <w:start w:w="0" w:type="dxa"/>
              <w:bottom w:w="70" w:type="dxa"/>
              <w:end w:w="0" w:type="dxa"/>
            </w:tcMar>
          </w:tcPr>
          <w:p/>
        </w:tc>
        <w:tc>
          <w:tcPr>
            <w:tcW w:type="dxa" w:w="4933"/>
            <w:shd w:val="clear" w:color="auto" w:fill="FFFFFF"/>
            <w:tcMar>
              <w:top w:w="70" w:type="dxa"/>
              <w:start w:w="140" w:type="dxa"/>
              <w:bottom w:w="70" w:type="dxa"/>
              <w:end w:w="0" w:type="dxa"/>
            </w:tcMar>
          </w:tcPr>
          <w:p>
            <w:pPr>
              <w:spacing w:after="40"/>
            </w:pPr>
            <w:r>
              <w:rPr>
                <w:b/>
                <w:color w:val="0B57D0"/>
                <w:sz w:val="28"/>
              </w:rPr>
              <w:t>🧾 Annexe   Checklist express avant l’AG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9D9E3"/>
          <w:left w:val="single" w:sz="8" w:space="0" w:color="D9D9E3"/>
          <w:bottom w:val="single" w:sz="8" w:space="0" w:color="D9D9E3"/>
          <w:right w:val="single" w:sz="8" w:space="0" w:color="D9D9E3"/>
          <w:insideH w:val="single" w:sz="8" w:space="0" w:color="D9D9E3"/>
          <w:insideV w:val="single" w:sz="8" w:space="0" w:color="D9D9E3"/>
        </w:tblBorders>
      </w:tblPr>
      <w:tblGrid>
        <w:gridCol w:w="680"/>
        <w:gridCol w:w="9808"/>
      </w:tblGrid>
      <w:tr>
        <w:tc>
          <w:tcPr>
            <w:tcW w:type="dxa" w:w="4933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after="0"/>
            </w:pPr>
            <w:r>
              <w:rPr>
                <w:sz w:val="24"/>
              </w:rPr>
              <w:t>☐</w:t>
            </w:r>
          </w:p>
        </w:tc>
        <w:tc>
          <w:tcPr>
            <w:tcW w:type="dxa" w:w="4933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after="0"/>
            </w:pPr>
            <w:r>
              <w:rPr>
                <w:sz w:val="22"/>
              </w:rPr>
              <w:t>Le rapport moral est cohérent avec les actions annoncées dans l’année.</w:t>
            </w:r>
          </w:p>
        </w:tc>
      </w:tr>
      <w:tr>
        <w:tc>
          <w:tcPr>
            <w:tcW w:type="dxa" w:w="4933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after="0"/>
            </w:pPr>
            <w:r>
              <w:rPr>
                <w:sz w:val="24"/>
              </w:rPr>
              <w:t>☐</w:t>
            </w:r>
          </w:p>
        </w:tc>
        <w:tc>
          <w:tcPr>
            <w:tcW w:type="dxa" w:w="4933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after="0"/>
            </w:pPr>
            <w:r>
              <w:rPr>
                <w:sz w:val="22"/>
              </w:rPr>
              <w:t>Les chiffres clés (adhérents, événements, bénéficiaires) sont indiqués ou estimés.</w:t>
            </w:r>
          </w:p>
        </w:tc>
      </w:tr>
      <w:tr>
        <w:tc>
          <w:tcPr>
            <w:tcW w:type="dxa" w:w="4933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after="0"/>
            </w:pPr>
            <w:r>
              <w:rPr>
                <w:sz w:val="24"/>
              </w:rPr>
              <w:t>☐</w:t>
            </w:r>
          </w:p>
        </w:tc>
        <w:tc>
          <w:tcPr>
            <w:tcW w:type="dxa" w:w="4933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after="0"/>
            </w:pPr>
            <w:r>
              <w:rPr>
                <w:sz w:val="22"/>
              </w:rPr>
              <w:t>Les partenaires sont cités (avec accord si nécessaire).</w:t>
            </w:r>
          </w:p>
        </w:tc>
      </w:tr>
      <w:tr>
        <w:tc>
          <w:tcPr>
            <w:tcW w:type="dxa" w:w="4933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after="0"/>
            </w:pPr>
            <w:r>
              <w:rPr>
                <w:sz w:val="24"/>
              </w:rPr>
              <w:t>☐</w:t>
            </w:r>
          </w:p>
        </w:tc>
        <w:tc>
          <w:tcPr>
            <w:tcW w:type="dxa" w:w="4933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after="0"/>
            </w:pPr>
            <w:r>
              <w:rPr>
                <w:sz w:val="22"/>
              </w:rPr>
              <w:t>Les difficultés sont formulées avec une solution ou une décision.</w:t>
            </w:r>
          </w:p>
        </w:tc>
      </w:tr>
      <w:tr>
        <w:tc>
          <w:tcPr>
            <w:tcW w:type="dxa" w:w="4933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after="0"/>
            </w:pPr>
            <w:r>
              <w:rPr>
                <w:sz w:val="24"/>
              </w:rPr>
              <w:t>☐</w:t>
            </w:r>
          </w:p>
        </w:tc>
        <w:tc>
          <w:tcPr>
            <w:tcW w:type="dxa" w:w="4933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after="0"/>
            </w:pPr>
            <w:r>
              <w:rPr>
                <w:sz w:val="22"/>
              </w:rPr>
              <w:t>Les priorités de l’année à venir sont limitées et mesurables.</w:t>
            </w:r>
          </w:p>
        </w:tc>
      </w:tr>
      <w:tr>
        <w:tc>
          <w:tcPr>
            <w:tcW w:type="dxa" w:w="4933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after="0"/>
            </w:pPr>
            <w:r>
              <w:rPr>
                <w:sz w:val="24"/>
              </w:rPr>
              <w:t>☐</w:t>
            </w:r>
          </w:p>
        </w:tc>
        <w:tc>
          <w:tcPr>
            <w:tcW w:type="dxa" w:w="4933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after="0"/>
            </w:pPr>
            <w:r>
              <w:rPr>
                <w:sz w:val="22"/>
              </w:rPr>
              <w:t>Le rapport est relu (orthographe, dates, noms propres).</w:t>
            </w:r>
          </w:p>
        </w:tc>
      </w:tr>
      <w:tr>
        <w:tc>
          <w:tcPr>
            <w:tcW w:type="dxa" w:w="4933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after="0"/>
            </w:pPr>
            <w:r>
              <w:rPr>
                <w:sz w:val="24"/>
              </w:rPr>
              <w:t>☐</w:t>
            </w:r>
          </w:p>
        </w:tc>
        <w:tc>
          <w:tcPr>
            <w:tcW w:type="dxa" w:w="4933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after="0"/>
            </w:pPr>
            <w:r>
              <w:rPr>
                <w:sz w:val="22"/>
              </w:rPr>
              <w:t>Le rapport est imprimé ou partagé aux membres avant l’AG (si applicable).</w:t>
            </w:r>
          </w:p>
        </w:tc>
      </w:tr>
      <w:tr>
        <w:tc>
          <w:tcPr>
            <w:tcW w:type="dxa" w:w="4933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after="0"/>
            </w:pPr>
            <w:r>
              <w:rPr>
                <w:sz w:val="24"/>
              </w:rPr>
              <w:t>☐</w:t>
            </w:r>
          </w:p>
        </w:tc>
        <w:tc>
          <w:tcPr>
            <w:tcW w:type="dxa" w:w="4933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spacing w:after="0"/>
            </w:pPr>
            <w:r>
              <w:rPr>
                <w:sz w:val="22"/>
              </w:rPr>
              <w:t>Les signatures et la date sont prêtes le jour J.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1020" w:right="1020" w:bottom="907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left"/>
    </w:pPr>
    <w:r>
      <w:rPr>
        <w:color w:val="5A5A64"/>
        <w:sz w:val="18"/>
      </w:rPr>
      <w:t>lecoursgratuit.com</w:t>
    </w:r>
  </w:p>
  <w:p>
    <w:pPr>
      <w:jc w:val="right"/>
    </w:pPr>
    <w:r>
      <w:rPr>
        <w:color w:val="5A5A64"/>
        <w:sz w:val="18"/>
      </w:rPr>
      <w:t xml:space="preserve">Page </w:t>
    </w:r>
    <w:fldSimple w:instr=" PAGE ">
      <w:r>
        <w:t>1</w:t>
      </w:r>
    </w:fldSimple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1E1E23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