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8"/>
        </w:rPr>
        <w:t>PLAN DE SECOURS INFORMATIQUE (PSI)</w:t>
        <w:br/>
        <w:t>MODÈLE PREMIUM</w:t>
      </w:r>
    </w:p>
    <w:p>
      <w:r>
        <w:br/>
        <w:t>Entreprise : ______________________________________________</w:t>
      </w:r>
    </w:p>
    <w:p>
      <w:r>
        <w:t>Responsable PSI : _________________________________________</w:t>
      </w:r>
    </w:p>
    <w:p>
      <w:r>
        <w:t>Version : ____________    Date : __________________________</w:t>
      </w:r>
    </w:p>
    <w:p>
      <w:r>
        <w:rPr>
          <w:b/>
          <w:sz w:val="30"/>
        </w:rPr>
        <w:t>Identification du document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Champ</w:t>
            </w:r>
          </w:p>
        </w:tc>
        <w:tc>
          <w:tcPr>
            <w:tcW w:type="dxa" w:w="4986"/>
          </w:tcPr>
          <w:p>
            <w:r>
              <w:t>Information</w:t>
            </w:r>
          </w:p>
        </w:tc>
      </w:tr>
      <w:tr>
        <w:tc>
          <w:tcPr>
            <w:tcW w:type="dxa" w:w="4986"/>
          </w:tcPr>
          <w:p/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/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/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/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/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/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/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/>
        </w:tc>
        <w:tc>
          <w:tcPr>
            <w:tcW w:type="dxa" w:w="4986"/>
          </w:tcPr>
          <w:p/>
        </w:tc>
      </w:tr>
    </w:tbl>
    <w:p/>
    <w:p>
      <w:r>
        <w:rPr>
          <w:b/>
          <w:sz w:val="30"/>
        </w:rPr>
        <w:t>Applications critiques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</w:tcPr>
          <w:p>
            <w:r>
              <w:t>Application</w:t>
            </w:r>
          </w:p>
        </w:tc>
        <w:tc>
          <w:tcPr>
            <w:tcW w:type="dxa" w:w="1994"/>
          </w:tcPr>
          <w:p>
            <w:r>
              <w:t>Responsable</w:t>
            </w:r>
          </w:p>
        </w:tc>
        <w:tc>
          <w:tcPr>
            <w:tcW w:type="dxa" w:w="1994"/>
          </w:tcPr>
          <w:p>
            <w:r>
              <w:t>Criticité</w:t>
            </w:r>
          </w:p>
        </w:tc>
        <w:tc>
          <w:tcPr>
            <w:tcW w:type="dxa" w:w="1994"/>
          </w:tcPr>
          <w:p>
            <w:r>
              <w:t>RTO</w:t>
            </w:r>
          </w:p>
        </w:tc>
        <w:tc>
          <w:tcPr>
            <w:tcW w:type="dxa" w:w="1994"/>
          </w:tcPr>
          <w:p>
            <w:r>
              <w:t>RPO</w:t>
            </w:r>
          </w:p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</w:tbl>
    <w:p/>
    <w:p>
      <w:r>
        <w:rPr>
          <w:b/>
          <w:sz w:val="30"/>
        </w:rPr>
        <w:t>Analyse des risques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</w:tcPr>
          <w:p>
            <w:r>
              <w:t>Risque</w:t>
            </w:r>
          </w:p>
        </w:tc>
        <w:tc>
          <w:tcPr>
            <w:tcW w:type="dxa" w:w="1994"/>
          </w:tcPr>
          <w:p>
            <w:r>
              <w:t>Impact</w:t>
            </w:r>
          </w:p>
        </w:tc>
        <w:tc>
          <w:tcPr>
            <w:tcW w:type="dxa" w:w="1994"/>
          </w:tcPr>
          <w:p>
            <w:r>
              <w:t>Probabilité</w:t>
            </w:r>
          </w:p>
        </w:tc>
        <w:tc>
          <w:tcPr>
            <w:tcW w:type="dxa" w:w="1994"/>
          </w:tcPr>
          <w:p>
            <w:r>
              <w:t>Niveau</w:t>
            </w:r>
          </w:p>
        </w:tc>
        <w:tc>
          <w:tcPr>
            <w:tcW w:type="dxa" w:w="1994"/>
          </w:tcPr>
          <w:p>
            <w:r>
              <w:t>Action</w:t>
            </w:r>
          </w:p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</w:tbl>
    <w:p/>
    <w:p>
      <w:r>
        <w:rPr>
          <w:b/>
          <w:sz w:val="30"/>
        </w:rPr>
        <w:t>Contacts d'urgence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</w:tcPr>
          <w:p>
            <w:r>
              <w:t>Nom</w:t>
            </w:r>
          </w:p>
        </w:tc>
        <w:tc>
          <w:tcPr>
            <w:tcW w:type="dxa" w:w="2493"/>
          </w:tcPr>
          <w:p>
            <w:r>
              <w:t>Fonction</w:t>
            </w:r>
          </w:p>
        </w:tc>
        <w:tc>
          <w:tcPr>
            <w:tcW w:type="dxa" w:w="2493"/>
          </w:tcPr>
          <w:p>
            <w:r>
              <w:t>Téléphone</w:t>
            </w:r>
          </w:p>
        </w:tc>
        <w:tc>
          <w:tcPr>
            <w:tcW w:type="dxa" w:w="2493"/>
          </w:tcPr>
          <w:p>
            <w:r>
              <w:t>Email</w:t>
            </w:r>
          </w:p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</w:tbl>
    <w:p/>
    <w:p>
      <w:r>
        <w:rPr>
          <w:b/>
          <w:sz w:val="30"/>
        </w:rPr>
        <w:t>Plan de reprise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</w:tcPr>
          <w:p>
            <w:r>
              <w:t>Étape</w:t>
            </w:r>
          </w:p>
        </w:tc>
        <w:tc>
          <w:tcPr>
            <w:tcW w:type="dxa" w:w="2493"/>
          </w:tcPr>
          <w:p>
            <w:r>
              <w:t>Responsable</w:t>
            </w:r>
          </w:p>
        </w:tc>
        <w:tc>
          <w:tcPr>
            <w:tcW w:type="dxa" w:w="2493"/>
          </w:tcPr>
          <w:p>
            <w:r>
              <w:t>Délai</w:t>
            </w:r>
          </w:p>
        </w:tc>
        <w:tc>
          <w:tcPr>
            <w:tcW w:type="dxa" w:w="2493"/>
          </w:tcPr>
          <w:p>
            <w:r>
              <w:t>Statut</w:t>
            </w:r>
          </w:p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</w:tbl>
    <w:p/>
    <w:p>
      <w:r>
        <w:rPr>
          <w:b/>
          <w:sz w:val="30"/>
        </w:rPr>
        <w:t>Tests du PSI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</w:tcPr>
          <w:p>
            <w:r>
              <w:t>Date</w:t>
            </w:r>
          </w:p>
        </w:tc>
        <w:tc>
          <w:tcPr>
            <w:tcW w:type="dxa" w:w="2493"/>
          </w:tcPr>
          <w:p>
            <w:r>
              <w:t>Type de test</w:t>
            </w:r>
          </w:p>
        </w:tc>
        <w:tc>
          <w:tcPr>
            <w:tcW w:type="dxa" w:w="2493"/>
          </w:tcPr>
          <w:p>
            <w:r>
              <w:t>Résultat</w:t>
            </w:r>
          </w:p>
        </w:tc>
        <w:tc>
          <w:tcPr>
            <w:tcW w:type="dxa" w:w="2493"/>
          </w:tcPr>
          <w:p>
            <w:r>
              <w:t>Action corrective</w:t>
            </w:r>
          </w:p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</w:tbl>
    <w:p/>
    <w:sectPr w:rsidR="00FC693F" w:rsidRPr="0006063C" w:rsidSect="00034616">
      <w:pgSz w:w="12240" w:h="15840"/>
      <w:pgMar w:top="1020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