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275A9F"/>
            <w:tcMar>
              <w:top w:w="200" w:type="dxa"/>
              <w:start w:w="180" w:type="dxa"/>
              <w:bottom w:w="200" w:type="dxa"/>
              <w:end w:w="18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40"/>
              </w:rPr>
              <w:t>DEMANDE D’ÉCHÉANCIER DE PAIEMENT</w:t>
            </w:r>
          </w:p>
          <w:p>
            <w:r>
              <w:rPr>
                <w:color w:val="E6F0FF"/>
                <w:sz w:val="22"/>
              </w:rPr>
              <w:t>Demande d’échéancier de paiement — CAF</w:t>
            </w:r>
          </w:p>
          <w:p>
            <w:r>
              <w:rPr>
                <w:color w:val="E6F0FF"/>
                <w:sz w:val="18"/>
              </w:rPr>
              <w:t>lecoursgratuit.com — Modèle A4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fill="D2E4F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</w:rPr>
              <w:t>Demandeur</w:t>
            </w:r>
          </w:p>
          <w:p>
            <w:pPr>
              <w:spacing w:before="0"/>
            </w:pPr>
            <w:r>
              <w:t>Nom / Prénom : ______________________________</w:t>
            </w:r>
          </w:p>
          <w:p>
            <w:pPr>
              <w:spacing w:before="0"/>
            </w:pPr>
            <w:r>
              <w:t>Adresse : ____________________________________</w:t>
            </w:r>
          </w:p>
          <w:p>
            <w:pPr>
              <w:spacing w:before="0"/>
            </w:pPr>
            <w:r>
              <w:t>Code postal / Ville : _________________________</w:t>
            </w:r>
          </w:p>
          <w:p>
            <w:pPr>
              <w:spacing w:before="0"/>
            </w:pPr>
            <w:r>
              <w:t>N° allocataire CAF : _________________________</w:t>
            </w:r>
          </w:p>
          <w:p>
            <w:pPr>
              <w:spacing w:before="0"/>
            </w:pPr>
            <w:r>
              <w:t>Téléphone : __________   E-mail : ____________</w:t>
            </w:r>
          </w:p>
        </w:tc>
        <w:tc>
          <w:tcPr>
            <w:tcW w:type="dxa" w:w="5103"/>
            <w:shd w:fill="D2E4F5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</w:rPr>
              <w:t>Destinataire</w:t>
            </w:r>
          </w:p>
          <w:p>
            <w:pPr>
              <w:spacing w:before="0"/>
            </w:pPr>
            <w:r>
              <w:t>À l’attention de : CAF de ____________________</w:t>
            </w:r>
          </w:p>
          <w:p>
            <w:pPr>
              <w:spacing w:before="0"/>
            </w:pPr>
            <w:r>
              <w:t>Adresse : ____________________________________</w:t>
            </w:r>
          </w:p>
          <w:p>
            <w:pPr>
              <w:spacing w:before="0"/>
            </w:pPr>
            <w:r>
              <w:t>Code postal / Ville : _________________________</w:t>
            </w:r>
          </w:p>
          <w:p>
            <w:pPr>
              <w:spacing w:before="0"/>
            </w:pPr>
            <w:r>
              <w:t>Référence dossier : __________________________</w:t>
            </w:r>
          </w:p>
          <w:p>
            <w:pPr>
              <w:spacing w:before="0"/>
            </w:pPr>
            <w:r>
              <w:t>Date : ____ / ____ / ______</w:t>
            </w:r>
          </w:p>
        </w:tc>
      </w:tr>
      <w:tr>
        <w:tc>
          <w:tcPr>
            <w:tcW w:type="dxa" w:w="10206"/>
            <w:gridSpan w:val="2"/>
            <w:shd w:fill="F5F8FC"/>
            <w:tcMar>
              <w:top w:w="120" w:type="dxa"/>
              <w:start w:w="180" w:type="dxa"/>
              <w:bottom w:w="120" w:type="dxa"/>
              <w:end w:w="180" w:type="dxa"/>
            </w:tcMar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  <w:tcBorders>
              <w:top w:val="single" w:sz="12" w:space="0" w:color="9A9A9A"/>
              <w:left w:val="single" w:sz="12" w:space="0" w:color="9A9A9A"/>
              <w:bottom w:val="single" w:sz="12" w:space="0" w:color="9A9A9A"/>
              <w:right w:val="single" w:sz="12" w:space="0" w:color="9A9A9A"/>
            </w:tcBorders>
          </w:tcPr>
          <w:p>
            <w:r>
              <w:rPr>
                <w:b/>
              </w:rPr>
              <w:t>Objet : Demande d’échéancier de paiement — Indu / Trop-perçu réf. __________</w:t>
            </w:r>
          </w:p>
        </w:tc>
      </w:tr>
    </w:tbl>
    <w:p/>
    <w:p>
      <w:pPr>
        <w:spacing w:after="120"/>
      </w:pPr>
      <w:r>
        <w:rPr>
          <w:b/>
        </w:rPr>
        <w:t>Madame, Monsieur,</w:t>
      </w:r>
    </w:p>
    <w:p>
      <w:r>
        <w:br/>
        <w:t>Je fais suite à votre notification relative à un indu/trop-perçu d’un montant total de __________ € (référence : __________, date du courrier : ____/____/____). Ma situation financière actuelle ne me permet pas un règlement en une seule fois. Aussi, je sollicite la mise en place d’un échéancier de paiement.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fill="275A9F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Montant total de la dette (€)</w:t>
            </w:r>
          </w:p>
        </w:tc>
        <w:tc>
          <w:tcPr>
            <w:tcW w:type="dxa" w:w="3402"/>
            <w:shd w:fill="275A9F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Montant déjà payé (€)</w:t>
            </w:r>
          </w:p>
        </w:tc>
        <w:tc>
          <w:tcPr>
            <w:tcW w:type="dxa" w:w="3402"/>
            <w:shd w:fill="275A9F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Solde dû (€)</w:t>
            </w:r>
          </w:p>
        </w:tc>
      </w:tr>
      <w:tr>
        <w:tc>
          <w:tcPr>
            <w:tcW w:type="dxa" w:w="3402"/>
            <w:tcMar>
              <w:top w:w="140" w:type="dxa"/>
              <w:start w:w="120" w:type="dxa"/>
              <w:bottom w:w="140" w:type="dxa"/>
              <w:end w:w="120" w:type="dxa"/>
            </w:tcMar>
          </w:tcPr>
          <w:p>
            <w:pPr>
              <w:jc w:val="center"/>
            </w:pPr>
            <w:r>
              <w:t>______________</w:t>
            </w:r>
          </w:p>
        </w:tc>
        <w:tc>
          <w:tcPr>
            <w:tcW w:type="dxa" w:w="3402"/>
            <w:tcMar>
              <w:top w:w="140" w:type="dxa"/>
              <w:start w:w="120" w:type="dxa"/>
              <w:bottom w:w="140" w:type="dxa"/>
              <w:end w:w="120" w:type="dxa"/>
            </w:tcMar>
          </w:tcPr>
          <w:p>
            <w:pPr>
              <w:jc w:val="center"/>
            </w:pPr>
            <w:r>
              <w:t>______________</w:t>
            </w:r>
          </w:p>
        </w:tc>
        <w:tc>
          <w:tcPr>
            <w:tcW w:type="dxa" w:w="3402"/>
            <w:tcMar>
              <w:top w:w="140" w:type="dxa"/>
              <w:start w:w="120" w:type="dxa"/>
              <w:bottom w:w="140" w:type="dxa"/>
              <w:end w:w="120" w:type="dxa"/>
            </w:tcMar>
          </w:tcPr>
          <w:p>
            <w:pPr>
              <w:jc w:val="center"/>
            </w:pPr>
            <w:r>
              <w:t>______________</w:t>
            </w:r>
          </w:p>
        </w:tc>
      </w:tr>
    </w:tbl>
    <w:p/>
    <w:p>
      <w:r>
        <w:rPr>
          <w:b/>
        </w:rPr>
        <w:t>Proposition d’échéancier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D2E4F5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pPr>
              <w:jc w:val="center"/>
            </w:pPr>
            <w:r>
              <w:rPr>
                <w:b/>
              </w:rPr>
              <w:t>Échéance (mois/année)</w:t>
            </w:r>
          </w:p>
        </w:tc>
        <w:tc>
          <w:tcPr>
            <w:tcW w:type="dxa" w:w="2551"/>
            <w:shd w:fill="D2E4F5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pPr>
              <w:jc w:val="center"/>
            </w:pPr>
            <w:r>
              <w:rPr>
                <w:b/>
              </w:rPr>
              <w:t>Mensualité (€)</w:t>
            </w:r>
          </w:p>
        </w:tc>
        <w:tc>
          <w:tcPr>
            <w:tcW w:type="dxa" w:w="2551"/>
            <w:shd w:fill="D2E4F5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pPr>
              <w:jc w:val="center"/>
            </w:pPr>
            <w:r>
              <w:rPr>
                <w:b/>
              </w:rPr>
              <w:t>Mode de règlement</w:t>
            </w:r>
          </w:p>
        </w:tc>
        <w:tc>
          <w:tcPr>
            <w:tcW w:type="dxa" w:w="2551"/>
            <w:shd w:fill="D2E4F5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pPr>
              <w:jc w:val="center"/>
            </w:pPr>
            <w:r>
              <w:rPr>
                <w:b/>
              </w:rPr>
              <w:t>Observations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  <w:tc>
          <w:tcPr>
            <w:tcW w:type="dxa" w:w="2551"/>
            <w:tcMar>
              <w:top w:w="100" w:type="dxa"/>
              <w:start w:w="120" w:type="dxa"/>
              <w:bottom w:w="100" w:type="dxa"/>
              <w:end w:w="120" w:type="dxa"/>
            </w:tcMar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>
            <w:r>
              <w:t xml:space="preserve"> </w:t>
            </w:r>
          </w:p>
        </w:tc>
      </w:tr>
    </w:tbl>
    <w:p/>
    <w:p>
      <w:r>
        <w:t>Je m’engage à respecter cet échéancier et à informer la CAF de tout changement de situation pouvant impacter mes capacités de paiement.</w:t>
      </w:r>
    </w:p>
    <w:p>
      <w:r>
        <w:t>Je reste à votre disposition pour tout document complémentaire (justificatifs de ressources et de charges, attestation bancaire, etc.).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sz w:val="22"/>
              </w:rPr>
              <w:t>Fait à : ______________________</w:t>
            </w:r>
          </w:p>
          <w:p>
            <w:r>
              <w:rPr>
                <w:sz w:val="22"/>
              </w:rPr>
              <w:t>Le : ____ / ____ / ______</w:t>
            </w:r>
          </w:p>
        </w:tc>
        <w:tc>
          <w:tcPr>
            <w:tcW w:type="dxa" w:w="5103"/>
          </w:tcPr>
          <w:p>
            <w:r>
              <w:rPr>
                <w:sz w:val="22"/>
              </w:rPr>
              <w:t>Signature précédée de la mention « Lu et approuvé » :</w:t>
            </w:r>
          </w:p>
          <w:p>
            <w:r>
              <w:rPr>
                <w:sz w:val="22"/>
              </w:rPr>
              <w:br/>
              <w:br/>
              <w:br/>
            </w:r>
          </w:p>
        </w:tc>
      </w:tr>
    </w:tbl>
    <w:p/>
    <w:p>
      <w:r>
        <w:rPr>
          <w:b/>
        </w:rPr>
        <w:t>Pièces jointes (cocher) :</w:t>
      </w:r>
    </w:p>
    <w:p>
      <w:pPr>
        <w:spacing w:before="0"/>
      </w:pPr>
      <w:r>
        <w:t>☐ Relevés de ressources récents (3 derniers mois)</w:t>
      </w:r>
    </w:p>
    <w:p>
      <w:pPr>
        <w:spacing w:before="0"/>
      </w:pPr>
      <w:r>
        <w:t>☐ Justificatifs de charges principales (loyer, crédits, etc.)</w:t>
      </w:r>
    </w:p>
    <w:p>
      <w:pPr>
        <w:spacing w:before="0"/>
      </w:pPr>
      <w:r>
        <w:t>☐ Relevé d’Identité Bancaire (RIB)</w:t>
      </w:r>
    </w:p>
    <w:p>
      <w:pPr>
        <w:spacing w:before="0"/>
      </w:pPr>
      <w:r>
        <w:t>☐ Copie du courrier de notification d’indu / trop-perçu</w:t>
      </w:r>
    </w:p>
    <w:p>
      <w:pPr>
        <w:spacing w:before="0"/>
      </w:pPr>
      <w:r>
        <w:t>☐ Autre : __________________________________________</w:t>
      </w:r>
    </w:p>
    <w:sectPr w:rsidR="00FC693F" w:rsidRPr="0006063C" w:rsidSect="00034616">
      <w:footerReference w:type="default" r:id="rId9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Modèle indicatif — adaptez selon votre situation et vos justificatifs •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