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B1F3A"/>
          <w:sz w:val="48"/>
        </w:rPr>
        <w:t>FORMULAIRE D’ÉVALUATION DE FORMATION</w:t>
      </w:r>
    </w:p>
    <w:p>
      <w:pPr>
        <w:jc w:val="center"/>
      </w:pPr>
      <w:r>
        <w:rPr>
          <w:i/>
          <w:color w:val="5A5A5A"/>
          <w:sz w:val="24"/>
        </w:rPr>
        <w:t>Modèle Word professionnel</w:t>
      </w:r>
    </w:p>
    <w:p/>
    <w:p>
      <w:r>
        <w:rPr>
          <w:b/>
          <w:color w:val="123D6B"/>
          <w:sz w:val="30"/>
        </w:rPr>
        <w:t>Informations générales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  <w:shd w:fill="123D6B"/>
          </w:tcPr>
          <w:p>
            <w:r>
              <w:rPr>
                <w:b/>
                <w:color w:val="FFFFFF"/>
              </w:rPr>
              <w:t>Nom du participant</w:t>
            </w:r>
          </w:p>
        </w:tc>
        <w:tc>
          <w:tcPr>
            <w:tcW w:type="dxa" w:w="5112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5112"/>
            <w:shd w:fill="123D6B"/>
          </w:tcPr>
          <w:p>
            <w:r>
              <w:rPr>
                <w:b/>
                <w:color w:val="FFFFFF"/>
              </w:rPr>
              <w:t>Formation suivie</w:t>
            </w:r>
          </w:p>
        </w:tc>
        <w:tc>
          <w:tcPr>
            <w:tcW w:type="dxa" w:w="5112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5112"/>
            <w:shd w:fill="123D6B"/>
          </w:tcPr>
          <w:p>
            <w:r>
              <w:rPr>
                <w:b/>
                <w:color w:val="FFFFFF"/>
              </w:rPr>
              <w:t>Date de la session</w:t>
            </w:r>
          </w:p>
        </w:tc>
        <w:tc>
          <w:tcPr>
            <w:tcW w:type="dxa" w:w="5112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5112"/>
            <w:shd w:fill="123D6B"/>
          </w:tcPr>
          <w:p>
            <w:r>
              <w:rPr>
                <w:b/>
                <w:color w:val="FFFFFF"/>
              </w:rPr>
              <w:t>Nom du formateur</w:t>
            </w:r>
          </w:p>
        </w:tc>
        <w:tc>
          <w:tcPr>
            <w:tcW w:type="dxa" w:w="5112"/>
          </w:tcPr>
          <w:p>
            <w:r>
              <w:t>................................................</w:t>
            </w:r>
          </w:p>
        </w:tc>
      </w:tr>
    </w:tbl>
    <w:p/>
    <w:p>
      <w:r>
        <w:rPr>
          <w:b/>
          <w:color w:val="123D6B"/>
          <w:sz w:val="30"/>
        </w:rPr>
        <w:t>Évaluation de la formation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5"/>
        <w:gridCol w:w="2045"/>
        <w:gridCol w:w="2045"/>
        <w:gridCol w:w="2045"/>
        <w:gridCol w:w="2045"/>
      </w:tblGrid>
      <w:tr>
        <w:tc>
          <w:tcPr>
            <w:tcW w:type="dxa" w:w="2045"/>
            <w:shd w:fill="0B1F3A"/>
          </w:tcPr>
          <w:p>
            <w:r>
              <w:rPr>
                <w:b/>
                <w:color w:val="FFFFFF"/>
              </w:rPr>
              <w:t>Critères</w:t>
            </w:r>
          </w:p>
        </w:tc>
        <w:tc>
          <w:tcPr>
            <w:tcW w:type="dxa" w:w="2045"/>
            <w:shd w:fill="0B1F3A"/>
          </w:tcPr>
          <w:p>
            <w:r>
              <w:rPr>
                <w:b/>
                <w:color w:val="FFFFFF"/>
              </w:rPr>
              <w:t>Très satisfait</w:t>
            </w:r>
          </w:p>
        </w:tc>
        <w:tc>
          <w:tcPr>
            <w:tcW w:type="dxa" w:w="2045"/>
            <w:shd w:fill="0B1F3A"/>
          </w:tcPr>
          <w:p>
            <w:r>
              <w:rPr>
                <w:b/>
                <w:color w:val="FFFFFF"/>
              </w:rPr>
              <w:t>Satisfait</w:t>
            </w:r>
          </w:p>
        </w:tc>
        <w:tc>
          <w:tcPr>
            <w:tcW w:type="dxa" w:w="2045"/>
            <w:shd w:fill="0B1F3A"/>
          </w:tcPr>
          <w:p>
            <w:r>
              <w:rPr>
                <w:b/>
                <w:color w:val="FFFFFF"/>
              </w:rPr>
              <w:t>Moyen</w:t>
            </w:r>
          </w:p>
        </w:tc>
        <w:tc>
          <w:tcPr>
            <w:tcW w:type="dxa" w:w="2045"/>
            <w:shd w:fill="0B1F3A"/>
          </w:tcPr>
          <w:p>
            <w:r>
              <w:rPr>
                <w:b/>
                <w:color w:val="FFFFFF"/>
              </w:rPr>
              <w:t>Insuffisant</w:t>
            </w:r>
          </w:p>
        </w:tc>
      </w:tr>
      <w:tr>
        <w:tc>
          <w:tcPr>
            <w:tcW w:type="dxa" w:w="2045"/>
          </w:tcPr>
          <w:p>
            <w:r>
              <w:t>Clarté des explications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</w:tr>
      <w:tr>
        <w:tc>
          <w:tcPr>
            <w:tcW w:type="dxa" w:w="2045"/>
          </w:tcPr>
          <w:p>
            <w:r>
              <w:t>Qualité des supports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</w:tr>
      <w:tr>
        <w:tc>
          <w:tcPr>
            <w:tcW w:type="dxa" w:w="2045"/>
          </w:tcPr>
          <w:p>
            <w:r>
              <w:t>Organisation générale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</w:tr>
      <w:tr>
        <w:tc>
          <w:tcPr>
            <w:tcW w:type="dxa" w:w="2045"/>
          </w:tcPr>
          <w:p>
            <w:r>
              <w:t>Utilité de la formation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  <w:tc>
          <w:tcPr>
            <w:tcW w:type="dxa" w:w="2045"/>
          </w:tcPr>
          <w:p>
            <w:r>
              <w:t>☐</w:t>
            </w:r>
          </w:p>
        </w:tc>
      </w:tr>
    </w:tbl>
    <w:p/>
    <w:p>
      <w:r>
        <w:rPr>
          <w:b/>
          <w:color w:val="123D6B"/>
          <w:sz w:val="30"/>
        </w:rPr>
        <w:t>Commentaires et suggestions</w:t>
      </w:r>
    </w:p>
    <w:p>
      <w:r>
        <w:t>....................................................................................................................</w:t>
      </w:r>
    </w:p>
    <w:p>
      <w:r>
        <w:t>....................................................................................................................</w:t>
      </w:r>
    </w:p>
    <w:p>
      <w:r>
        <w:t>....................................................................................................................</w:t>
      </w:r>
    </w:p>
    <w:p>
      <w:r>
        <w:t>....................................................................................................................</w:t>
      </w:r>
    </w:p>
    <w:p>
      <w:r>
        <w:t>....................................................................................................................</w:t>
      </w:r>
    </w:p>
    <w:p/>
    <w:p>
      <w:pPr>
        <w:jc w:val="right"/>
      </w:pPr>
      <w:r>
        <w:rPr>
          <w:b/>
          <w:sz w:val="22"/>
        </w:rPr>
        <w:t>Signature du participant</w:t>
        <w:br/>
        <w:br/>
        <w:t>________________________</w:t>
      </w:r>
    </w:p>
    <w:sectPr w:rsidR="00FC693F" w:rsidRPr="0006063C" w:rsidSect="00034616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