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rPr>
          <w:b/>
          <w:color w:val="1F4E79"/>
          <w:sz w:val="44"/>
        </w:rPr>
        <w:t>💻 MODÈLE DE FICHE D'INVENTAIRE</w:t>
        <w:br/>
        <w:t>MATÉRIEL INFORMATIQUE</w:t>
      </w:r>
    </w:p>
    <w:p>
      <w:pPr>
        <w:jc w:val="center"/>
      </w:pPr>
      <w:r>
        <w:t>Inventaire, suivi des affectations et contrôle du parc informatique.</w:t>
      </w:r>
    </w:p>
    <w:p>
      <w:pPr>
        <w:pStyle w:val="Heading2"/>
      </w:pPr>
      <w:r>
        <w:t>Informations générales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Entreprise</w:t>
            </w:r>
          </w:p>
        </w:tc>
        <w:tc>
          <w:tcPr>
            <w:tcW w:type="dxa" w:w="2160"/>
          </w:tcPr>
          <w:p>
            <w:r>
              <w:t>________________</w:t>
            </w:r>
          </w:p>
        </w:tc>
        <w:tc>
          <w:tcPr>
            <w:tcW w:type="dxa" w:w="2160"/>
          </w:tcPr>
          <w:p>
            <w:r>
              <w:t>Date</w:t>
            </w:r>
          </w:p>
        </w:tc>
        <w:tc>
          <w:tcPr>
            <w:tcW w:type="dxa" w:w="2160"/>
          </w:tcPr>
          <w:p>
            <w:r>
              <w:t>____/____/______</w:t>
            </w:r>
          </w:p>
        </w:tc>
      </w:tr>
      <w:tr>
        <w:tc>
          <w:tcPr>
            <w:tcW w:type="dxa" w:w="2160"/>
          </w:tcPr>
          <w:p>
            <w:r>
              <w:t>Service</w:t>
            </w:r>
          </w:p>
        </w:tc>
        <w:tc>
          <w:tcPr>
            <w:tcW w:type="dxa" w:w="2160"/>
          </w:tcPr>
          <w:p>
            <w:r>
              <w:t>________________</w:t>
            </w:r>
          </w:p>
        </w:tc>
        <w:tc>
          <w:tcPr>
            <w:tcW w:type="dxa" w:w="2160"/>
          </w:tcPr>
          <w:p>
            <w:r>
              <w:t>Inventaire N°</w:t>
            </w:r>
          </w:p>
        </w:tc>
        <w:tc>
          <w:tcPr>
            <w:tcW w:type="dxa" w:w="2160"/>
          </w:tcPr>
          <w:p>
            <w:r>
              <w:t>IT-2026-001</w:t>
            </w:r>
          </w:p>
        </w:tc>
      </w:tr>
      <w:tr>
        <w:tc>
          <w:tcPr>
            <w:tcW w:type="dxa" w:w="2160"/>
          </w:tcPr>
          <w:p>
            <w:r>
              <w:t>Responsable</w:t>
            </w:r>
          </w:p>
        </w:tc>
        <w:tc>
          <w:tcPr>
            <w:tcW w:type="dxa" w:w="2160"/>
          </w:tcPr>
          <w:p>
            <w:r>
              <w:t>________________</w:t>
            </w:r>
          </w:p>
        </w:tc>
        <w:tc>
          <w:tcPr>
            <w:tcW w:type="dxa" w:w="2160"/>
          </w:tcPr>
          <w:p>
            <w:r>
              <w:t>Site</w:t>
            </w:r>
          </w:p>
        </w:tc>
        <w:tc>
          <w:tcPr>
            <w:tcW w:type="dxa" w:w="2160"/>
          </w:tcPr>
          <w:p>
            <w:r>
              <w:t>________________</w:t>
            </w:r>
          </w:p>
        </w:tc>
      </w:tr>
      <w:tr>
        <w:tc>
          <w:tcPr>
            <w:tcW w:type="dxa" w:w="2160"/>
          </w:tcPr>
          <w:p>
            <w:r>
              <w:t>Technicien</w:t>
            </w:r>
          </w:p>
        </w:tc>
        <w:tc>
          <w:tcPr>
            <w:tcW w:type="dxa" w:w="2160"/>
          </w:tcPr>
          <w:p>
            <w:r>
              <w:t>________________</w:t>
            </w:r>
          </w:p>
        </w:tc>
        <w:tc>
          <w:tcPr>
            <w:tcW w:type="dxa" w:w="2160"/>
          </w:tcPr>
          <w:p>
            <w:r>
              <w:t>Bureau</w:t>
            </w:r>
          </w:p>
        </w:tc>
        <w:tc>
          <w:tcPr>
            <w:tcW w:type="dxa" w:w="2160"/>
          </w:tcPr>
          <w:p>
            <w:r>
              <w:t>________________</w:t>
            </w:r>
          </w:p>
        </w:tc>
      </w:tr>
      <w:tr>
        <w:tc>
          <w:tcPr>
            <w:tcW w:type="dxa" w:w="2160"/>
          </w:tcPr>
          <w:p>
            <w:r>
              <w:t>Observation</w:t>
            </w:r>
          </w:p>
        </w:tc>
        <w:tc>
          <w:tcPr>
            <w:tcW w:type="dxa" w:w="2160"/>
          </w:tcPr>
          <w:p>
            <w:r>
              <w:t>________________</w:t>
            </w:r>
          </w:p>
        </w:tc>
        <w:tc>
          <w:tcPr>
            <w:tcW w:type="dxa" w:w="2160"/>
          </w:tcPr>
          <w:p>
            <w:r>
              <w:t>Version</w:t>
            </w:r>
          </w:p>
        </w:tc>
        <w:tc>
          <w:tcPr>
            <w:tcW w:type="dxa" w:w="2160"/>
          </w:tcPr>
          <w:p>
            <w:r>
              <w:t>1.0</w:t>
            </w:r>
          </w:p>
        </w:tc>
      </w:tr>
    </w:tbl>
    <w:p>
      <w:pPr>
        <w:pStyle w:val="Heading2"/>
      </w:pPr>
      <w:r>
        <w:t>Liste du matériel informatique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864"/>
        <w:gridCol w:w="864"/>
        <w:gridCol w:w="864"/>
        <w:gridCol w:w="864"/>
        <w:gridCol w:w="864"/>
        <w:gridCol w:w="864"/>
        <w:gridCol w:w="864"/>
        <w:gridCol w:w="864"/>
        <w:gridCol w:w="864"/>
        <w:gridCol w:w="864"/>
      </w:tblGrid>
      <w:tr>
        <w:tc>
          <w:tcPr>
            <w:tcW w:type="dxa" w:w="864"/>
          </w:tcPr>
          <w:p>
            <w:r>
              <w:t>N°</w:t>
            </w:r>
          </w:p>
        </w:tc>
        <w:tc>
          <w:tcPr>
            <w:tcW w:type="dxa" w:w="864"/>
          </w:tcPr>
          <w:p>
            <w:r>
              <w:t>Type</w:t>
            </w:r>
          </w:p>
        </w:tc>
        <w:tc>
          <w:tcPr>
            <w:tcW w:type="dxa" w:w="864"/>
          </w:tcPr>
          <w:p>
            <w:r>
              <w:t>Marque</w:t>
            </w:r>
          </w:p>
        </w:tc>
        <w:tc>
          <w:tcPr>
            <w:tcW w:type="dxa" w:w="864"/>
          </w:tcPr>
          <w:p>
            <w:r>
              <w:t>Modèle</w:t>
            </w:r>
          </w:p>
        </w:tc>
        <w:tc>
          <w:tcPr>
            <w:tcW w:type="dxa" w:w="864"/>
          </w:tcPr>
          <w:p>
            <w:r>
              <w:t>N° Série</w:t>
            </w:r>
          </w:p>
        </w:tc>
        <w:tc>
          <w:tcPr>
            <w:tcW w:type="dxa" w:w="864"/>
          </w:tcPr>
          <w:p>
            <w:r>
              <w:t>Utilisateur</w:t>
            </w:r>
          </w:p>
        </w:tc>
        <w:tc>
          <w:tcPr>
            <w:tcW w:type="dxa" w:w="864"/>
          </w:tcPr>
          <w:p>
            <w:r>
              <w:t>Emplacement</w:t>
            </w:r>
          </w:p>
        </w:tc>
        <w:tc>
          <w:tcPr>
            <w:tcW w:type="dxa" w:w="864"/>
          </w:tcPr>
          <w:p>
            <w:r>
              <w:t>État</w:t>
            </w:r>
          </w:p>
        </w:tc>
        <w:tc>
          <w:tcPr>
            <w:tcW w:type="dxa" w:w="864"/>
          </w:tcPr>
          <w:p>
            <w:r>
              <w:t>Date achat</w:t>
            </w:r>
          </w:p>
        </w:tc>
        <w:tc>
          <w:tcPr>
            <w:tcW w:type="dxa" w:w="864"/>
          </w:tcPr>
          <w:p>
            <w:r>
              <w:t>Valeur (€)</w:t>
            </w:r>
          </w:p>
        </w:tc>
      </w:tr>
      <w:tr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</w:tr>
      <w:tr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</w:tr>
      <w:tr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</w:tr>
      <w:tr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</w:tr>
      <w:tr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</w:tr>
      <w:tr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</w:tr>
      <w:tr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</w:tr>
      <w:tr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</w:tr>
      <w:tr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</w:tr>
      <w:tr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</w:tr>
      <w:tr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</w:tr>
      <w:tr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</w:tr>
    </w:tbl>
    <w:p>
      <w:pPr>
        <w:pStyle w:val="Heading2"/>
      </w:pPr>
      <w:r>
        <w:t>Équipements à contrôler</w:t>
      </w:r>
    </w:p>
    <w:p>
      <w:r>
        <w:t>☐ Ordinateur portable</w:t>
      </w:r>
    </w:p>
    <w:p>
      <w:r>
        <w:t>☐ PC fixe</w:t>
      </w:r>
    </w:p>
    <w:p>
      <w:r>
        <w:t>☐ Écran</w:t>
      </w:r>
    </w:p>
    <w:p>
      <w:r>
        <w:t>☐ Clavier</w:t>
      </w:r>
    </w:p>
    <w:p>
      <w:r>
        <w:t>☐ Souris</w:t>
      </w:r>
    </w:p>
    <w:p>
      <w:r>
        <w:t>☐ Station d'accueil</w:t>
      </w:r>
    </w:p>
    <w:p>
      <w:r>
        <w:t>☐ Imprimante</w:t>
      </w:r>
    </w:p>
    <w:p>
      <w:r>
        <w:t>☐ Scanner</w:t>
      </w:r>
    </w:p>
    <w:p>
      <w:r>
        <w:t>☐ Onduleur</w:t>
      </w:r>
    </w:p>
    <w:p>
      <w:r>
        <w:t>☐ Téléphone IP</w:t>
      </w:r>
    </w:p>
    <w:p>
      <w:r>
        <w:t>☐ Routeur</w:t>
      </w:r>
    </w:p>
    <w:p>
      <w:r>
        <w:t>☐ Switch</w:t>
      </w:r>
    </w:p>
    <w:p>
      <w:r>
        <w:t>☐ Serveur</w:t>
      </w:r>
    </w:p>
    <w:p>
      <w:r>
        <w:t>☐ Autre</w:t>
      </w:r>
    </w:p>
    <w:p>
      <w:pPr>
        <w:pStyle w:val="Heading2"/>
      </w:pPr>
      <w:r>
        <w:t>Synthèse du parc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Nombre total d'équipements</w:t>
            </w:r>
          </w:p>
        </w:tc>
        <w:tc>
          <w:tcPr>
            <w:tcW w:type="dxa" w:w="4320"/>
          </w:tcPr>
          <w:p>
            <w:r>
              <w:t>________________</w:t>
            </w:r>
          </w:p>
        </w:tc>
      </w:tr>
      <w:tr>
        <w:tc>
          <w:tcPr>
            <w:tcW w:type="dxa" w:w="4320"/>
          </w:tcPr>
          <w:p>
            <w:r>
              <w:t>Équipements opérationnels</w:t>
            </w:r>
          </w:p>
        </w:tc>
        <w:tc>
          <w:tcPr>
            <w:tcW w:type="dxa" w:w="4320"/>
          </w:tcPr>
          <w:p>
            <w:r>
              <w:t>________________</w:t>
            </w:r>
          </w:p>
        </w:tc>
      </w:tr>
      <w:tr>
        <w:tc>
          <w:tcPr>
            <w:tcW w:type="dxa" w:w="4320"/>
          </w:tcPr>
          <w:p>
            <w:r>
              <w:t>En maintenance</w:t>
            </w:r>
          </w:p>
        </w:tc>
        <w:tc>
          <w:tcPr>
            <w:tcW w:type="dxa" w:w="4320"/>
          </w:tcPr>
          <w:p>
            <w:r>
              <w:t>________________</w:t>
            </w:r>
          </w:p>
        </w:tc>
      </w:tr>
      <w:tr>
        <w:tc>
          <w:tcPr>
            <w:tcW w:type="dxa" w:w="4320"/>
          </w:tcPr>
          <w:p>
            <w:r>
              <w:t>À remplacer</w:t>
            </w:r>
          </w:p>
        </w:tc>
        <w:tc>
          <w:tcPr>
            <w:tcW w:type="dxa" w:w="4320"/>
          </w:tcPr>
          <w:p>
            <w:r>
              <w:t>________________</w:t>
            </w:r>
          </w:p>
        </w:tc>
      </w:tr>
      <w:tr>
        <w:tc>
          <w:tcPr>
            <w:tcW w:type="dxa" w:w="4320"/>
          </w:tcPr>
          <w:p>
            <w:r>
              <w:t>Valeur totale</w:t>
            </w:r>
          </w:p>
        </w:tc>
        <w:tc>
          <w:tcPr>
            <w:tcW w:type="dxa" w:w="4320"/>
          </w:tcPr>
          <w:p>
            <w:r>
              <w:t>________________</w:t>
            </w:r>
          </w:p>
        </w:tc>
      </w:tr>
      <w:tr>
        <w:tc>
          <w:tcPr>
            <w:tcW w:type="dxa" w:w="4320"/>
          </w:tcPr>
          <w:p>
            <w:r>
              <w:t>Taux de disponibilité</w:t>
            </w:r>
          </w:p>
        </w:tc>
        <w:tc>
          <w:tcPr>
            <w:tcW w:type="dxa" w:w="4320"/>
          </w:tcPr>
          <w:p>
            <w:r>
              <w:t>________________</w:t>
            </w:r>
          </w:p>
        </w:tc>
      </w:tr>
    </w:tbl>
    <w:p>
      <w:pPr>
        <w:pStyle w:val="Heading2"/>
      </w:pPr>
      <w:r>
        <w:t>Validation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Fonction</w:t>
            </w:r>
          </w:p>
        </w:tc>
        <w:tc>
          <w:tcPr>
            <w:tcW w:type="dxa" w:w="2880"/>
          </w:tcPr>
          <w:p>
            <w:r>
              <w:t>Nom</w:t>
            </w:r>
          </w:p>
        </w:tc>
        <w:tc>
          <w:tcPr>
            <w:tcW w:type="dxa" w:w="2880"/>
          </w:tcPr>
          <w:p>
            <w:r>
              <w:t>Signature</w:t>
            </w:r>
          </w:p>
        </w:tc>
      </w:tr>
      <w:tr>
        <w:tc>
          <w:tcPr>
            <w:tcW w:type="dxa" w:w="2880"/>
          </w:tcPr>
          <w:p>
            <w:r>
              <w:t>Technicien informatique</w:t>
            </w:r>
          </w:p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>
            <w:r>
              <w:t>Responsable informatique</w:t>
            </w:r>
          </w:p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>
            <w:r>
              <w:t>Direction</w:t>
            </w:r>
          </w:p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