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0000"/>
          <w:sz w:val="32"/>
        </w:rPr>
        <w:t>Modèle de Compte Rendu de Réunion</w:t>
      </w:r>
    </w:p>
    <w:p>
      <w:r>
        <w:br/>
      </w:r>
    </w:p>
    <w:p>
      <w:r>
        <w:t>Date de la réunion : _______________________________</w:t>
      </w:r>
    </w:p>
    <w:p>
      <w:r>
        <w:t>Heure de la réunion : ______________________________</w:t>
      </w:r>
    </w:p>
    <w:p>
      <w:r>
        <w:t>Lieu : _____________________________________________</w:t>
      </w:r>
    </w:p>
    <w:p>
      <w:r>
        <w:t>Type de réunion : _________________________________</w:t>
      </w:r>
    </w:p>
    <w:p>
      <w:r>
        <w:t>Président de séance : _____________________________</w:t>
      </w:r>
    </w:p>
    <w:p>
      <w:r>
        <w:t>Rédacteur du compte rendu : _______________________</w:t>
      </w:r>
    </w:p>
    <w:p>
      <w:r>
        <w:t>Participants : ____________________________________</w:t>
      </w:r>
    </w:p>
    <w:p>
      <w:r>
        <w:t>Absents excusés : _________________________________</w:t>
      </w:r>
    </w:p>
    <w:p>
      <w:r>
        <w:br/>
      </w:r>
    </w:p>
    <w:p>
      <w:pPr>
        <w:pStyle w:val="Heading2"/>
      </w:pPr>
      <w:r>
        <w:t>1. Ordre du jour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Point</w:t>
            </w:r>
          </w:p>
        </w:tc>
        <w:tc>
          <w:tcPr>
            <w:tcW w:type="dxa" w:w="4320"/>
          </w:tcPr>
          <w:p>
            <w:r>
              <w:t>Description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</w:tbl>
    <w:p>
      <w:r>
        <w:br/>
      </w:r>
    </w:p>
    <w:p>
      <w:pPr>
        <w:pStyle w:val="Heading2"/>
      </w:pPr>
      <w:r>
        <w:t>2. Déroulement de la réunion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Point discuté</w:t>
            </w:r>
          </w:p>
        </w:tc>
        <w:tc>
          <w:tcPr>
            <w:tcW w:type="dxa" w:w="2880"/>
          </w:tcPr>
          <w:p>
            <w:r>
              <w:t>Décisions prises</w:t>
            </w:r>
          </w:p>
        </w:tc>
        <w:tc>
          <w:tcPr>
            <w:tcW w:type="dxa" w:w="2880"/>
          </w:tcPr>
          <w:p>
            <w:r>
              <w:t>Responsable(s)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r>
        <w:br/>
      </w:r>
    </w:p>
    <w:p>
      <w:pPr>
        <w:pStyle w:val="Heading2"/>
      </w:pPr>
      <w:r>
        <w:t>3. Actions à suivre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Action</w:t>
            </w:r>
          </w:p>
        </w:tc>
        <w:tc>
          <w:tcPr>
            <w:tcW w:type="dxa" w:w="2160"/>
          </w:tcPr>
          <w:p>
            <w:r>
              <w:t>Responsable</w:t>
            </w:r>
          </w:p>
        </w:tc>
        <w:tc>
          <w:tcPr>
            <w:tcW w:type="dxa" w:w="2160"/>
          </w:tcPr>
          <w:p>
            <w:r>
              <w:t>Échéance</w:t>
            </w:r>
          </w:p>
        </w:tc>
        <w:tc>
          <w:tcPr>
            <w:tcW w:type="dxa" w:w="2160"/>
          </w:tcPr>
          <w:p>
            <w:r>
              <w:t>Statut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>
      <w:r>
        <w:br/>
      </w:r>
    </w:p>
    <w:p>
      <w:pPr>
        <w:pStyle w:val="Heading2"/>
      </w:pPr>
      <w:r>
        <w:t>4. Clôture de la réunion :</w:t>
      </w:r>
    </w:p>
    <w:p>
      <w:r>
        <w:t>Heure de fin : ____________________</w:t>
      </w:r>
    </w:p>
    <w:p>
      <w:r>
        <w:t>Prochaine réunion prévue le : 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