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PRODUIT OFFICIELLE</w:t>
      </w:r>
    </w:p>
    <w:p>
      <w:pPr>
        <w:jc w:val="center"/>
      </w:pPr>
      <w:r>
        <w:t>Document de référence – Diffusion interne / commerciale</w:t>
      </w:r>
    </w:p>
    <w:p/>
    <w:p>
      <w:r>
        <w:rPr>
          <w:b/>
          <w:sz w:val="28"/>
        </w:rPr>
        <w:t>1. IDENTIFICATION DU PRODUIT</w:t>
      </w:r>
    </w:p>
    <w:p>
      <w:r>
        <w:rPr>
          <w:b/>
        </w:rPr>
        <w:t>Nom du produit : ...............................................................</w:t>
      </w:r>
    </w:p>
    <w:p>
      <w:r>
        <w:rPr>
          <w:b/>
        </w:rPr>
        <w:t>Code / Référence : ...............................................................</w:t>
      </w:r>
    </w:p>
    <w:p>
      <w:r>
        <w:rPr>
          <w:b/>
        </w:rPr>
        <w:t>Catégorie : ...............................................................</w:t>
      </w:r>
    </w:p>
    <w:p>
      <w:r>
        <w:rPr>
          <w:b/>
        </w:rPr>
        <w:t>Marque / Fabricant : ...............................................................</w:t>
      </w:r>
    </w:p>
    <w:p>
      <w:r>
        <w:rPr>
          <w:b/>
        </w:rPr>
        <w:t>Date de création de la fiche : …… / …… / ………</w:t>
      </w:r>
    </w:p>
    <w:p>
      <w:r>
        <w:rPr>
          <w:b/>
        </w:rPr>
        <w:t>Version : V……</w:t>
      </w:r>
    </w:p>
    <w:p>
      <w:r>
        <w:rPr>
          <w:b/>
        </w:rPr>
        <w:t>Responsable fiche : ...............................................................</w:t>
      </w:r>
    </w:p>
    <w:p>
      <w:r>
        <w:rPr>
          <w:b/>
          <w:sz w:val="28"/>
        </w:rPr>
        <w:t>2. DESCRIPTION GÉNÉRALE</w:t>
      </w:r>
    </w:p>
    <w:p>
      <w:r>
        <w:t>......................................................................................</w:t>
      </w:r>
    </w:p>
    <w:p>
      <w:r>
        <w:t>......................................................................................</w:t>
      </w:r>
    </w:p>
    <w:p>
      <w:r>
        <w:t>......................................................................................</w:t>
      </w:r>
    </w:p>
    <w:p>
      <w:r>
        <w:rPr>
          <w:b/>
          <w:sz w:val="28"/>
        </w:rPr>
        <w:t>3. CARACTÉRISTIQUES TECHNIQUES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Dimensions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Poids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Matériaux / Composition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Couleurs disponibles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Normes / Certifications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Origine / Fabrication</w:t>
            </w:r>
          </w:p>
        </w:tc>
        <w:tc>
          <w:tcPr>
            <w:tcW w:type="dxa" w:w="4986"/>
          </w:tcPr>
          <w:p/>
        </w:tc>
      </w:tr>
    </w:tbl>
    <w:p>
      <w:r>
        <w:rPr>
          <w:b/>
          <w:sz w:val="28"/>
        </w:rPr>
        <w:t>4. AVANTAGES &amp; BÉNÉFICES CLIENT</w:t>
      </w:r>
    </w:p>
    <w:p>
      <w:r>
        <w:t>✔ Avantage n°1 : ................................</w:t>
      </w:r>
    </w:p>
    <w:p>
      <w:r>
        <w:t>✔ Avantage n°2 : ................................</w:t>
      </w:r>
    </w:p>
    <w:p>
      <w:r>
        <w:t>✔ Avantage n°3 : ................................</w:t>
      </w:r>
    </w:p>
    <w:p>
      <w:r>
        <w:t>✔ Différenciation concurrentielle : ................................</w:t>
      </w:r>
    </w:p>
    <w:p>
      <w:r>
        <w:rPr>
          <w:b/>
          <w:sz w:val="28"/>
        </w:rPr>
        <w:t>5. UTILISATION / MODE D’EMPLOI</w:t>
      </w:r>
    </w:p>
    <w:p>
      <w:r>
        <w:t>1. ................................</w:t>
      </w:r>
    </w:p>
    <w:p>
      <w:r>
        <w:t>2. ................................</w:t>
      </w:r>
    </w:p>
    <w:p>
      <w:r>
        <w:t>3. ................................</w:t>
      </w:r>
    </w:p>
    <w:p>
      <w:r>
        <w:rPr>
          <w:b/>
          <w:sz w:val="28"/>
        </w:rPr>
        <w:t>6. TARIFICATION &amp; CONDITIONS COMMERCIALES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Prix HT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TVA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Prix TTC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Remises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Conditions de paiement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Délais de livraison</w:t>
            </w:r>
          </w:p>
        </w:tc>
        <w:tc>
          <w:tcPr>
            <w:tcW w:type="dxa" w:w="4986"/>
          </w:tcPr>
          <w:p/>
        </w:tc>
      </w:tr>
    </w:tbl>
    <w:p>
      <w:r>
        <w:rPr>
          <w:b/>
          <w:sz w:val="28"/>
        </w:rPr>
        <w:t>7. VISUELS PRODUIT</w:t>
      </w:r>
    </w:p>
    <w:p>
      <w:r>
        <w:t>[Insérer ici les images du produit]</w:t>
      </w:r>
    </w:p>
    <w:p>
      <w:r>
        <w:rPr>
          <w:b/>
          <w:sz w:val="28"/>
        </w:rPr>
        <w:t>8. LOGISTIQUE &amp; STOCK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Code barre / SKU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Quantité en stock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Lieu de stockage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Conditionnement</w:t>
            </w:r>
          </w:p>
        </w:tc>
        <w:tc>
          <w:tcPr>
            <w:tcW w:type="dxa" w:w="4986"/>
          </w:tcPr>
          <w:p/>
        </w:tc>
      </w:tr>
    </w:tbl>
    <w:p>
      <w:r>
        <w:rPr>
          <w:b/>
          <w:sz w:val="28"/>
        </w:rPr>
        <w:t>9. GARANTIE &amp; SERVICE APRÈS-VENTE</w:t>
      </w:r>
    </w:p>
    <w:p>
      <w:r>
        <w:t>Durée de garantie : ................................</w:t>
      </w:r>
    </w:p>
    <w:p>
      <w:r>
        <w:t>Conditions : ................................</w:t>
      </w:r>
    </w:p>
    <w:p>
      <w:r>
        <w:t>Contact SAV : ................................</w:t>
      </w:r>
    </w:p>
    <w:p>
      <w:r>
        <w:rPr>
          <w:b/>
          <w:sz w:val="28"/>
        </w:rPr>
        <w:t>10. VALIDATION INTERNE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Fonction</w:t>
            </w:r>
          </w:p>
        </w:tc>
        <w:tc>
          <w:tcPr>
            <w:tcW w:type="dxa" w:w="2493"/>
          </w:tcPr>
          <w:p>
            <w:r>
              <w:t>Nom</w:t>
            </w:r>
          </w:p>
        </w:tc>
        <w:tc>
          <w:tcPr>
            <w:tcW w:type="dxa" w:w="2493"/>
          </w:tcPr>
          <w:p>
            <w:r>
              <w:t>Signature</w:t>
            </w:r>
          </w:p>
        </w:tc>
        <w:tc>
          <w:tcPr>
            <w:tcW w:type="dxa" w:w="2493"/>
          </w:tcPr>
          <w:p>
            <w:r>
              <w:t>Date</w:t>
            </w:r>
          </w:p>
        </w:tc>
      </w:tr>
      <w:tr>
        <w:tc>
          <w:tcPr>
            <w:tcW w:type="dxa" w:w="2493"/>
          </w:tcPr>
          <w:p>
            <w:r>
              <w:t>Responsable produit</w:t>
            </w:r>
          </w:p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>
            <w:r>
              <w:t>Direction commerciale</w:t>
            </w:r>
          </w:p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>
            <w:r>
              <w:t>Qualité / Conformité</w:t>
            </w:r>
          </w:p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</w:tbl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